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"/>
        <w:gridCol w:w="10802"/>
        <w:gridCol w:w="20"/>
      </w:tblGrid>
      <w:tr w:rsidR="009674C1" w:rsidRPr="001A6E1B" w14:paraId="45278D13" w14:textId="77777777">
        <w:trPr>
          <w:gridAfter w:val="1"/>
          <w:wAfter w:w="20" w:type="dxa"/>
          <w:jc w:val="center"/>
        </w:trPr>
        <w:tc>
          <w:tcPr>
            <w:tcW w:w="10822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BB2CB20" w14:textId="66962D98" w:rsidR="009674C1" w:rsidRPr="001A6E1B" w:rsidRDefault="001A6E1B">
            <w:pPr>
              <w:jc w:val="center"/>
              <w:rPr>
                <w:lang w:val="pt-BR"/>
              </w:rPr>
            </w:pPr>
            <w:r w:rsidRPr="001A6E1B">
              <w:rPr>
                <w:b/>
                <w:sz w:val="21"/>
                <w:lang w:val="pt-BR"/>
              </w:rPr>
              <w:t>MEMORIAL</w:t>
            </w:r>
            <w:r w:rsidR="007E05D5" w:rsidRPr="001A6E1B">
              <w:rPr>
                <w:lang w:val="pt-BR"/>
              </w:rPr>
              <w:br/>
            </w:r>
            <w:r w:rsidR="007E05D5" w:rsidRPr="001A6E1B">
              <w:rPr>
                <w:b/>
                <w:lang w:val="pt-BR"/>
              </w:rPr>
              <w:t xml:space="preserve">Sustentabilidade </w:t>
            </w:r>
            <w:proofErr w:type="spellStart"/>
            <w:r w:rsidR="003B5C26">
              <w:rPr>
                <w:b/>
                <w:lang w:val="pt-BR"/>
              </w:rPr>
              <w:t>Pré</w:t>
            </w:r>
            <w:proofErr w:type="spellEnd"/>
            <w:r w:rsidR="003B5C26">
              <w:rPr>
                <w:b/>
                <w:lang w:val="pt-BR"/>
              </w:rPr>
              <w:t>-</w:t>
            </w:r>
            <w:r w:rsidR="007E05D5" w:rsidRPr="001A6E1B">
              <w:rPr>
                <w:b/>
                <w:lang w:val="pt-BR"/>
              </w:rPr>
              <w:t>Evento</w:t>
            </w:r>
            <w:r w:rsidR="007E05D5" w:rsidRPr="001A6E1B">
              <w:rPr>
                <w:lang w:val="pt-BR"/>
              </w:rPr>
              <w:br/>
            </w:r>
            <w:r w:rsidR="007E05D5" w:rsidRPr="001A6E1B">
              <w:rPr>
                <w:i/>
                <w:sz w:val="14"/>
                <w:lang w:val="pt-BR"/>
              </w:rPr>
              <w:t>Documento orientativo para apresentação das medidas planejadas e das formas de comprovação</w:t>
            </w:r>
          </w:p>
        </w:tc>
      </w:tr>
      <w:tr w:rsidR="009674C1" w:rsidRPr="001A6E1B" w14:paraId="425C61B7" w14:textId="77777777">
        <w:trPr>
          <w:gridBefore w:val="1"/>
          <w:wBefore w:w="20" w:type="dxa"/>
          <w:jc w:val="center"/>
        </w:trPr>
        <w:tc>
          <w:tcPr>
            <w:tcW w:w="10822" w:type="dxa"/>
            <w:gridSpan w:val="2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7CE59EA" w14:textId="2BB21A15" w:rsidR="009674C1" w:rsidRPr="001A6E1B" w:rsidRDefault="007E05D5">
            <w:pPr>
              <w:spacing w:line="240" w:lineRule="auto"/>
              <w:rPr>
                <w:lang w:val="pt-BR"/>
              </w:rPr>
            </w:pPr>
            <w:r w:rsidRPr="001A6E1B">
              <w:rPr>
                <w:i/>
                <w:sz w:val="15"/>
                <w:lang w:val="pt-BR"/>
              </w:rPr>
              <w:t xml:space="preserve">INSTRUÇÕES DE USO: </w:t>
            </w:r>
            <w:r w:rsidR="001A6E1B" w:rsidRPr="001A6E1B">
              <w:rPr>
                <w:i/>
                <w:sz w:val="15"/>
                <w:lang w:val="pt-BR"/>
              </w:rPr>
              <w:t>Este</w:t>
            </w:r>
            <w:r w:rsidRPr="001A6E1B">
              <w:rPr>
                <w:i/>
                <w:sz w:val="15"/>
                <w:lang w:val="pt-BR"/>
              </w:rPr>
              <w:t xml:space="preserve"> modelo deverá ser adaptado ao porte, à natureza, à duração, ao local e ao potencial de impacto do evento. O organizador deverá descrever apenas ações efetivamente planejadas, justificar os itens não aplicáveis e indicar metas, responsáveis, prazos e evidências. O Memorial não substitui os demais documentos necessários à autorização do evento e não autoriza intervenções ambientais, plantios ou compensações sem prévia anuência do órgão competente.</w:t>
            </w:r>
          </w:p>
        </w:tc>
      </w:tr>
    </w:tbl>
    <w:p w14:paraId="6D1D7F1F" w14:textId="7CB47F86" w:rsidR="009674C1" w:rsidRPr="001A6E1B" w:rsidRDefault="007E05D5">
      <w:pPr>
        <w:keepNext/>
        <w:spacing w:before="100" w:after="40"/>
        <w:rPr>
          <w:lang w:val="pt-BR"/>
        </w:rPr>
      </w:pPr>
      <w:r w:rsidRPr="001A6E1B">
        <w:rPr>
          <w:b/>
          <w:sz w:val="18"/>
          <w:lang w:val="pt-BR"/>
        </w:rPr>
        <w:t>1. IDENTIFICAÇÃO DO EVENTO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412"/>
        <w:gridCol w:w="1804"/>
        <w:gridCol w:w="3608"/>
      </w:tblGrid>
      <w:tr w:rsidR="009674C1" w:rsidRPr="001A6E1B" w14:paraId="40BB0888" w14:textId="77777777">
        <w:trPr>
          <w:jc w:val="center"/>
        </w:trPr>
        <w:tc>
          <w:tcPr>
            <w:tcW w:w="108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FA2B9B5" w14:textId="77777777" w:rsidR="009674C1" w:rsidRPr="001A6E1B" w:rsidRDefault="007E05D5">
            <w:pPr>
              <w:spacing w:line="240" w:lineRule="auto"/>
              <w:rPr>
                <w:lang w:val="pt-BR"/>
              </w:rPr>
            </w:pPr>
            <w:r w:rsidRPr="001A6E1B">
              <w:rPr>
                <w:sz w:val="15"/>
                <w:lang w:val="pt-BR"/>
              </w:rPr>
              <w:t>Nome do evento:</w:t>
            </w:r>
          </w:p>
        </w:tc>
      </w:tr>
      <w:tr w:rsidR="009674C1" w:rsidRPr="001A6E1B" w14:paraId="5214BD90" w14:textId="77777777">
        <w:trPr>
          <w:jc w:val="center"/>
        </w:trPr>
        <w:tc>
          <w:tcPr>
            <w:tcW w:w="7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2431096" w14:textId="77777777" w:rsidR="009674C1" w:rsidRPr="001A6E1B" w:rsidRDefault="007E05D5">
            <w:pPr>
              <w:spacing w:line="240" w:lineRule="auto"/>
              <w:rPr>
                <w:lang w:val="pt-BR"/>
              </w:rPr>
            </w:pPr>
            <w:r w:rsidRPr="001A6E1B">
              <w:rPr>
                <w:sz w:val="15"/>
                <w:lang w:val="pt-BR"/>
              </w:rPr>
              <w:t>Organizador / Razão social: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1E039C3" w14:textId="77777777" w:rsidR="009674C1" w:rsidRPr="001A6E1B" w:rsidRDefault="007E05D5">
            <w:pPr>
              <w:spacing w:line="240" w:lineRule="auto"/>
              <w:rPr>
                <w:lang w:val="pt-BR"/>
              </w:rPr>
            </w:pPr>
            <w:r w:rsidRPr="001A6E1B">
              <w:rPr>
                <w:sz w:val="15"/>
                <w:lang w:val="pt-BR"/>
              </w:rPr>
              <w:t>CPF / CNPJ:</w:t>
            </w:r>
          </w:p>
        </w:tc>
      </w:tr>
      <w:tr w:rsidR="009674C1" w:rsidRPr="001A6E1B" w14:paraId="2BC0C6A1" w14:textId="77777777">
        <w:trPr>
          <w:jc w:val="center"/>
        </w:trPr>
        <w:tc>
          <w:tcPr>
            <w:tcW w:w="7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0B92159" w14:textId="77777777" w:rsidR="009674C1" w:rsidRPr="001A6E1B" w:rsidRDefault="007E05D5">
            <w:pPr>
              <w:spacing w:line="240" w:lineRule="auto"/>
              <w:rPr>
                <w:lang w:val="pt-BR"/>
              </w:rPr>
            </w:pPr>
            <w:r w:rsidRPr="001A6E1B">
              <w:rPr>
                <w:sz w:val="15"/>
                <w:lang w:val="pt-BR"/>
              </w:rPr>
              <w:t>Responsável pelo Memorial: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940F340" w14:textId="77777777" w:rsidR="009674C1" w:rsidRPr="001A6E1B" w:rsidRDefault="007E05D5">
            <w:pPr>
              <w:spacing w:line="240" w:lineRule="auto"/>
              <w:rPr>
                <w:lang w:val="pt-BR"/>
              </w:rPr>
            </w:pPr>
            <w:r w:rsidRPr="001A6E1B">
              <w:rPr>
                <w:sz w:val="15"/>
                <w:lang w:val="pt-BR"/>
              </w:rPr>
              <w:t>Telefone/e-mail:</w:t>
            </w:r>
          </w:p>
        </w:tc>
      </w:tr>
      <w:tr w:rsidR="009674C1" w:rsidRPr="001A6E1B" w14:paraId="77A1DCA8" w14:textId="77777777">
        <w:trPr>
          <w:jc w:val="center"/>
        </w:trPr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D90CE68" w14:textId="77777777" w:rsidR="009674C1" w:rsidRPr="001A6E1B" w:rsidRDefault="007E05D5">
            <w:pPr>
              <w:spacing w:line="240" w:lineRule="auto"/>
              <w:rPr>
                <w:lang w:val="pt-BR"/>
              </w:rPr>
            </w:pPr>
            <w:r w:rsidRPr="001A6E1B">
              <w:rPr>
                <w:sz w:val="15"/>
                <w:lang w:val="pt-BR"/>
              </w:rPr>
              <w:t>Processo vinculado:</w:t>
            </w:r>
          </w:p>
        </w:tc>
        <w:tc>
          <w:tcPr>
            <w:tcW w:w="5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74B1CEF" w14:textId="77777777" w:rsidR="009674C1" w:rsidRPr="001A6E1B" w:rsidRDefault="007E05D5">
            <w:pPr>
              <w:spacing w:line="240" w:lineRule="auto"/>
              <w:rPr>
                <w:lang w:val="pt-BR"/>
              </w:rPr>
            </w:pPr>
            <w:r w:rsidRPr="001A6E1B">
              <w:rPr>
                <w:sz w:val="15"/>
                <w:lang w:val="pt-BR"/>
              </w:rPr>
              <w:t>Modalidade da apresentação:</w:t>
            </w:r>
          </w:p>
        </w:tc>
      </w:tr>
      <w:tr w:rsidR="009674C1" w:rsidRPr="001A6E1B" w14:paraId="0A080CE3" w14:textId="77777777">
        <w:trPr>
          <w:jc w:val="center"/>
        </w:trPr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79AFF16" w14:textId="77777777" w:rsidR="009674C1" w:rsidRPr="001A6E1B" w:rsidRDefault="007E05D5">
            <w:pPr>
              <w:spacing w:line="240" w:lineRule="auto"/>
              <w:rPr>
                <w:lang w:val="pt-BR"/>
              </w:rPr>
            </w:pPr>
            <w:r w:rsidRPr="001A6E1B">
              <w:rPr>
                <w:sz w:val="15"/>
                <w:lang w:val="pt-BR"/>
              </w:rPr>
              <w:t>Data de início:</w:t>
            </w:r>
          </w:p>
        </w:tc>
        <w:tc>
          <w:tcPr>
            <w:tcW w:w="5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038B1C1" w14:textId="77777777" w:rsidR="009674C1" w:rsidRPr="001A6E1B" w:rsidRDefault="007E05D5">
            <w:pPr>
              <w:spacing w:line="240" w:lineRule="auto"/>
              <w:rPr>
                <w:lang w:val="pt-BR"/>
              </w:rPr>
            </w:pPr>
            <w:r w:rsidRPr="001A6E1B">
              <w:rPr>
                <w:sz w:val="15"/>
                <w:lang w:val="pt-BR"/>
              </w:rPr>
              <w:t>Data de término:</w:t>
            </w:r>
          </w:p>
        </w:tc>
      </w:tr>
      <w:tr w:rsidR="009674C1" w:rsidRPr="001A6E1B" w14:paraId="5B1AD9F1" w14:textId="77777777">
        <w:trPr>
          <w:jc w:val="center"/>
        </w:trPr>
        <w:tc>
          <w:tcPr>
            <w:tcW w:w="72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1E316C9" w14:textId="77777777" w:rsidR="009674C1" w:rsidRPr="001A6E1B" w:rsidRDefault="007E05D5">
            <w:pPr>
              <w:spacing w:line="240" w:lineRule="auto"/>
              <w:rPr>
                <w:lang w:val="pt-BR"/>
              </w:rPr>
            </w:pPr>
            <w:r w:rsidRPr="001A6E1B">
              <w:rPr>
                <w:sz w:val="15"/>
                <w:lang w:val="pt-BR"/>
              </w:rPr>
              <w:t>Local de realização: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FEE114F" w14:textId="77777777" w:rsidR="009674C1" w:rsidRPr="001A6E1B" w:rsidRDefault="007E05D5">
            <w:pPr>
              <w:spacing w:line="240" w:lineRule="auto"/>
              <w:rPr>
                <w:lang w:val="pt-BR"/>
              </w:rPr>
            </w:pPr>
            <w:r w:rsidRPr="001A6E1B">
              <w:rPr>
                <w:sz w:val="15"/>
                <w:lang w:val="pt-BR"/>
              </w:rPr>
              <w:t>Público total estimado:</w:t>
            </w:r>
          </w:p>
        </w:tc>
      </w:tr>
      <w:tr w:rsidR="009674C1" w:rsidRPr="001A6E1B" w14:paraId="0D365591" w14:textId="77777777">
        <w:trPr>
          <w:jc w:val="center"/>
        </w:trPr>
        <w:tc>
          <w:tcPr>
            <w:tcW w:w="5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027CF03" w14:textId="77777777" w:rsidR="009674C1" w:rsidRPr="001A6E1B" w:rsidRDefault="007E05D5">
            <w:pPr>
              <w:spacing w:line="240" w:lineRule="auto"/>
              <w:rPr>
                <w:lang w:val="pt-BR"/>
              </w:rPr>
            </w:pPr>
            <w:r w:rsidRPr="001A6E1B">
              <w:rPr>
                <w:sz w:val="15"/>
                <w:lang w:val="pt-BR"/>
              </w:rPr>
              <w:t>Natureza do evento:</w:t>
            </w:r>
          </w:p>
        </w:tc>
        <w:tc>
          <w:tcPr>
            <w:tcW w:w="54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23D857A" w14:textId="77777777" w:rsidR="009674C1" w:rsidRPr="001A6E1B" w:rsidRDefault="007E05D5">
            <w:pPr>
              <w:spacing w:line="240" w:lineRule="auto"/>
              <w:rPr>
                <w:lang w:val="pt-BR"/>
              </w:rPr>
            </w:pPr>
            <w:r w:rsidRPr="001A6E1B">
              <w:rPr>
                <w:sz w:val="15"/>
                <w:lang w:val="pt-BR"/>
              </w:rPr>
              <w:t>Porte informado:</w:t>
            </w:r>
          </w:p>
        </w:tc>
      </w:tr>
    </w:tbl>
    <w:p w14:paraId="787D50A6" w14:textId="486F8FD6" w:rsidR="009674C1" w:rsidRPr="001A6E1B" w:rsidRDefault="007E05D5">
      <w:pPr>
        <w:keepNext/>
        <w:spacing w:before="100" w:after="40"/>
        <w:rPr>
          <w:lang w:val="pt-BR"/>
        </w:rPr>
      </w:pPr>
      <w:r w:rsidRPr="001A6E1B">
        <w:rPr>
          <w:b/>
          <w:sz w:val="18"/>
          <w:lang w:val="pt-BR"/>
        </w:rPr>
        <w:t>2. APRESENTAÇÃO E CARACTERIZAÇÃO DO EVENTO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22"/>
      </w:tblGrid>
      <w:tr w:rsidR="009674C1" w:rsidRPr="001A6E1B" w14:paraId="65B2DFAB" w14:textId="77777777">
        <w:trPr>
          <w:jc w:val="center"/>
        </w:trPr>
        <w:tc>
          <w:tcPr>
            <w:tcW w:w="10822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A8BF13E" w14:textId="77777777" w:rsidR="009674C1" w:rsidRPr="001A6E1B" w:rsidRDefault="007E05D5">
            <w:pPr>
              <w:spacing w:line="240" w:lineRule="auto"/>
              <w:rPr>
                <w:lang w:val="pt-BR"/>
              </w:rPr>
            </w:pPr>
            <w:r w:rsidRPr="001A6E1B">
              <w:rPr>
                <w:i/>
                <w:sz w:val="15"/>
                <w:lang w:val="pt-BR"/>
              </w:rPr>
              <w:t>Apresentar uma síntese do evento, indicando objetivo, público-alvo, programação, duração, estruturas previstas, uso de espaço público ou privado, existência de praça de alimentação, barracas, expositores, fornecedores, serviços de limpeza e principais aspectos que possam influenciar a geração de resíduos e outros impactos ambientais.</w:t>
            </w:r>
          </w:p>
        </w:tc>
      </w:tr>
      <w:tr w:rsidR="009674C1" w:rsidRPr="001A6E1B" w14:paraId="7774F831" w14:textId="77777777" w:rsidTr="00CB45BF">
        <w:trPr>
          <w:trHeight w:val="964"/>
          <w:jc w:val="center"/>
        </w:trPr>
        <w:tc>
          <w:tcPr>
            <w:tcW w:w="10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66712B55" w14:textId="77777777" w:rsidR="009674C1" w:rsidRPr="001A6E1B" w:rsidRDefault="007E05D5" w:rsidP="00A10D21">
            <w:pPr>
              <w:spacing w:line="240" w:lineRule="auto"/>
              <w:rPr>
                <w:b/>
                <w:i/>
                <w:iCs/>
                <w:sz w:val="16"/>
                <w:lang w:val="pt-BR"/>
              </w:rPr>
            </w:pPr>
            <w:r w:rsidRPr="001A6E1B">
              <w:rPr>
                <w:b/>
                <w:i/>
                <w:iCs/>
                <w:sz w:val="16"/>
                <w:lang w:val="pt-BR"/>
              </w:rPr>
              <w:t>2.1. Descrição geral do evento:</w:t>
            </w:r>
          </w:p>
          <w:p w14:paraId="1A3B7E9C" w14:textId="77777777" w:rsidR="00A10D21" w:rsidRPr="001A6E1B" w:rsidRDefault="00A10D21" w:rsidP="00A10D21">
            <w:pPr>
              <w:rPr>
                <w:lang w:val="pt-BR"/>
              </w:rPr>
            </w:pPr>
          </w:p>
        </w:tc>
      </w:tr>
      <w:tr w:rsidR="009674C1" w:rsidRPr="001A6E1B" w14:paraId="2247C0F1" w14:textId="77777777" w:rsidTr="00CB45BF">
        <w:trPr>
          <w:trHeight w:val="964"/>
          <w:jc w:val="center"/>
        </w:trPr>
        <w:tc>
          <w:tcPr>
            <w:tcW w:w="10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D5C580B" w14:textId="77777777" w:rsidR="009674C1" w:rsidRPr="001A6E1B" w:rsidRDefault="007E05D5" w:rsidP="00A10D21">
            <w:pPr>
              <w:spacing w:line="240" w:lineRule="auto"/>
              <w:rPr>
                <w:b/>
                <w:i/>
                <w:iCs/>
                <w:sz w:val="16"/>
                <w:lang w:val="pt-BR"/>
              </w:rPr>
            </w:pPr>
            <w:r w:rsidRPr="001A6E1B">
              <w:rPr>
                <w:b/>
                <w:i/>
                <w:iCs/>
                <w:sz w:val="16"/>
                <w:lang w:val="pt-BR"/>
              </w:rPr>
              <w:t>2.2. Estruturas, atividades e pontos de maior potencial de impacto:</w:t>
            </w:r>
          </w:p>
          <w:p w14:paraId="5D62619E" w14:textId="77777777" w:rsidR="00A10D21" w:rsidRPr="001A6E1B" w:rsidRDefault="00A10D21" w:rsidP="00A10D21">
            <w:pPr>
              <w:rPr>
                <w:lang w:val="pt-BR"/>
              </w:rPr>
            </w:pPr>
          </w:p>
        </w:tc>
      </w:tr>
      <w:tr w:rsidR="009674C1" w:rsidRPr="001A6E1B" w14:paraId="62777694" w14:textId="77777777" w:rsidTr="00CB45BF">
        <w:trPr>
          <w:trHeight w:val="964"/>
          <w:jc w:val="center"/>
        </w:trPr>
        <w:tc>
          <w:tcPr>
            <w:tcW w:w="10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1BE72828" w14:textId="77777777" w:rsidR="009674C1" w:rsidRPr="001A6E1B" w:rsidRDefault="007E05D5" w:rsidP="00A10D21">
            <w:pPr>
              <w:spacing w:line="240" w:lineRule="auto"/>
              <w:rPr>
                <w:b/>
                <w:i/>
                <w:iCs/>
                <w:sz w:val="16"/>
                <w:lang w:val="pt-BR"/>
              </w:rPr>
            </w:pPr>
            <w:r w:rsidRPr="001A6E1B">
              <w:rPr>
                <w:b/>
                <w:i/>
                <w:iCs/>
                <w:sz w:val="16"/>
                <w:lang w:val="pt-BR"/>
              </w:rPr>
              <w:t xml:space="preserve">2.3. Croqui ou layout anexado: </w:t>
            </w:r>
            <w:proofErr w:type="gramStart"/>
            <w:r w:rsidRPr="001A6E1B">
              <w:rPr>
                <w:b/>
                <w:i/>
                <w:iCs/>
                <w:sz w:val="16"/>
                <w:lang w:val="pt-BR"/>
              </w:rPr>
              <w:t>[ ]</w:t>
            </w:r>
            <w:proofErr w:type="gramEnd"/>
            <w:r w:rsidRPr="001A6E1B">
              <w:rPr>
                <w:b/>
                <w:i/>
                <w:iCs/>
                <w:sz w:val="16"/>
                <w:lang w:val="pt-BR"/>
              </w:rPr>
              <w:t xml:space="preserve"> </w:t>
            </w:r>
            <w:proofErr w:type="gramStart"/>
            <w:r w:rsidRPr="001A6E1B">
              <w:rPr>
                <w:b/>
                <w:i/>
                <w:iCs/>
                <w:sz w:val="16"/>
                <w:lang w:val="pt-BR"/>
              </w:rPr>
              <w:t>Sim  [</w:t>
            </w:r>
            <w:proofErr w:type="gramEnd"/>
            <w:r w:rsidRPr="001A6E1B">
              <w:rPr>
                <w:b/>
                <w:i/>
                <w:iCs/>
                <w:sz w:val="16"/>
                <w:lang w:val="pt-BR"/>
              </w:rPr>
              <w:t xml:space="preserve"> ] </w:t>
            </w:r>
            <w:proofErr w:type="gramStart"/>
            <w:r w:rsidRPr="001A6E1B">
              <w:rPr>
                <w:b/>
                <w:i/>
                <w:iCs/>
                <w:sz w:val="16"/>
                <w:lang w:val="pt-BR"/>
              </w:rPr>
              <w:t>Não  [</w:t>
            </w:r>
            <w:proofErr w:type="gramEnd"/>
            <w:r w:rsidRPr="001A6E1B">
              <w:rPr>
                <w:b/>
                <w:i/>
                <w:iCs/>
                <w:sz w:val="16"/>
                <w:lang w:val="pt-BR"/>
              </w:rPr>
              <w:t xml:space="preserve"> ] Não aplicável. Justificativa:</w:t>
            </w:r>
          </w:p>
          <w:p w14:paraId="35C1AF86" w14:textId="77777777" w:rsidR="00A10D21" w:rsidRPr="001A6E1B" w:rsidRDefault="00A10D21" w:rsidP="00A10D21">
            <w:pPr>
              <w:rPr>
                <w:lang w:val="pt-BR"/>
              </w:rPr>
            </w:pPr>
          </w:p>
        </w:tc>
      </w:tr>
    </w:tbl>
    <w:p w14:paraId="40F690F3" w14:textId="77777777" w:rsidR="001A6E1B" w:rsidRDefault="001A6E1B">
      <w:pPr>
        <w:keepNext/>
        <w:spacing w:before="100" w:after="40"/>
        <w:rPr>
          <w:b/>
          <w:sz w:val="18"/>
          <w:lang w:val="pt-BR"/>
        </w:rPr>
      </w:pPr>
    </w:p>
    <w:p w14:paraId="1C0CEFDF" w14:textId="11E2B2EB" w:rsidR="009674C1" w:rsidRPr="001A6E1B" w:rsidRDefault="007E05D5">
      <w:pPr>
        <w:keepNext/>
        <w:spacing w:before="100" w:after="40"/>
        <w:rPr>
          <w:lang w:val="pt-BR"/>
        </w:rPr>
      </w:pPr>
      <w:r w:rsidRPr="001A6E1B">
        <w:rPr>
          <w:b/>
          <w:sz w:val="18"/>
          <w:lang w:val="pt-BR"/>
        </w:rPr>
        <w:t>3. ORGANIZAÇÃO, RESPONSABILIDADES E CONTROLE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05"/>
        <w:gridCol w:w="2705"/>
        <w:gridCol w:w="5363"/>
        <w:gridCol w:w="49"/>
      </w:tblGrid>
      <w:tr w:rsidR="009674C1" w:rsidRPr="001A6E1B" w14:paraId="3ACBED98" w14:textId="77777777">
        <w:trPr>
          <w:jc w:val="center"/>
        </w:trPr>
        <w:tc>
          <w:tcPr>
            <w:tcW w:w="10822" w:type="dxa"/>
            <w:gridSpan w:val="4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75B0B43" w14:textId="7C631B76" w:rsidR="009674C1" w:rsidRPr="001A6E1B" w:rsidRDefault="007E05D5">
            <w:pPr>
              <w:spacing w:line="240" w:lineRule="auto"/>
              <w:rPr>
                <w:lang w:val="pt-BR"/>
              </w:rPr>
            </w:pPr>
            <w:r w:rsidRPr="001A6E1B">
              <w:rPr>
                <w:i/>
                <w:sz w:val="15"/>
                <w:lang w:val="pt-BR"/>
              </w:rPr>
              <w:t>Identificar a equipe responsável pela execução do Memorial, o ponto focal de sustentabilidade</w:t>
            </w:r>
            <w:r w:rsidR="00D10681">
              <w:rPr>
                <w:i/>
                <w:sz w:val="15"/>
                <w:lang w:val="pt-BR"/>
              </w:rPr>
              <w:t>.</w:t>
            </w:r>
          </w:p>
        </w:tc>
      </w:tr>
      <w:tr w:rsidR="00D10681" w:rsidRPr="001A6E1B" w14:paraId="6DBD62BC" w14:textId="77777777" w:rsidTr="001E4AEE">
        <w:trPr>
          <w:gridAfter w:val="1"/>
          <w:wAfter w:w="49" w:type="dxa"/>
          <w:tblHeader/>
          <w:jc w:val="center"/>
        </w:trPr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C66BB68" w14:textId="77777777" w:rsidR="00D10681" w:rsidRPr="001A6E1B" w:rsidRDefault="00D10681">
            <w:pPr>
              <w:spacing w:line="240" w:lineRule="auto"/>
              <w:jc w:val="center"/>
              <w:rPr>
                <w:lang w:val="pt-BR"/>
              </w:rPr>
            </w:pPr>
            <w:r w:rsidRPr="001A6E1B">
              <w:rPr>
                <w:b/>
                <w:sz w:val="15"/>
                <w:lang w:val="pt-BR"/>
              </w:rPr>
              <w:t>Função/atividade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C3060CB" w14:textId="77777777" w:rsidR="00D10681" w:rsidRPr="001A6E1B" w:rsidRDefault="00D10681">
            <w:pPr>
              <w:spacing w:line="240" w:lineRule="auto"/>
              <w:jc w:val="center"/>
              <w:rPr>
                <w:lang w:val="pt-BR"/>
              </w:rPr>
            </w:pPr>
            <w:r w:rsidRPr="001A6E1B">
              <w:rPr>
                <w:b/>
                <w:sz w:val="15"/>
                <w:lang w:val="pt-BR"/>
              </w:rPr>
              <w:t>Nome ou empresa</w:t>
            </w:r>
          </w:p>
        </w:tc>
        <w:tc>
          <w:tcPr>
            <w:tcW w:w="5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6FE27AE" w14:textId="77777777" w:rsidR="00D10681" w:rsidRPr="001A6E1B" w:rsidRDefault="00D10681">
            <w:pPr>
              <w:spacing w:line="240" w:lineRule="auto"/>
              <w:jc w:val="center"/>
              <w:rPr>
                <w:lang w:val="pt-BR"/>
              </w:rPr>
            </w:pPr>
            <w:r w:rsidRPr="001A6E1B">
              <w:rPr>
                <w:b/>
                <w:sz w:val="15"/>
                <w:lang w:val="pt-BR"/>
              </w:rPr>
              <w:t>Contato</w:t>
            </w:r>
          </w:p>
        </w:tc>
      </w:tr>
      <w:tr w:rsidR="00D10681" w:rsidRPr="001A6E1B" w14:paraId="287E9CC7" w14:textId="77777777" w:rsidTr="001E4AEE">
        <w:trPr>
          <w:gridAfter w:val="1"/>
          <w:wAfter w:w="49" w:type="dxa"/>
          <w:trHeight w:val="397"/>
          <w:jc w:val="center"/>
        </w:trPr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581ACF4" w14:textId="77777777" w:rsidR="00D10681" w:rsidRPr="001A6E1B" w:rsidRDefault="00D10681">
            <w:pPr>
              <w:spacing w:line="240" w:lineRule="auto"/>
              <w:rPr>
                <w:lang w:val="pt-BR"/>
              </w:rPr>
            </w:pPr>
            <w:r w:rsidRPr="001A6E1B">
              <w:rPr>
                <w:sz w:val="15"/>
                <w:lang w:val="pt-BR"/>
              </w:rPr>
              <w:t>Coordenador do evento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AD4BA6C" w14:textId="77777777" w:rsidR="00D10681" w:rsidRPr="001A6E1B" w:rsidRDefault="00D10681">
            <w:pPr>
              <w:spacing w:line="240" w:lineRule="auto"/>
              <w:rPr>
                <w:lang w:val="pt-BR"/>
              </w:rPr>
            </w:pPr>
          </w:p>
        </w:tc>
        <w:tc>
          <w:tcPr>
            <w:tcW w:w="5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E009A66" w14:textId="77777777" w:rsidR="00D10681" w:rsidRPr="001A6E1B" w:rsidRDefault="00D10681">
            <w:pPr>
              <w:spacing w:line="240" w:lineRule="auto"/>
              <w:rPr>
                <w:lang w:val="pt-BR"/>
              </w:rPr>
            </w:pPr>
          </w:p>
        </w:tc>
      </w:tr>
      <w:tr w:rsidR="00D10681" w:rsidRPr="001A6E1B" w14:paraId="10CD8E88" w14:textId="77777777" w:rsidTr="001E4AEE">
        <w:trPr>
          <w:gridAfter w:val="1"/>
          <w:wAfter w:w="49" w:type="dxa"/>
          <w:trHeight w:val="397"/>
          <w:jc w:val="center"/>
        </w:trPr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C514926" w14:textId="77777777" w:rsidR="00D10681" w:rsidRPr="001A6E1B" w:rsidRDefault="00D10681">
            <w:pPr>
              <w:spacing w:line="240" w:lineRule="auto"/>
              <w:rPr>
                <w:lang w:val="pt-BR"/>
              </w:rPr>
            </w:pPr>
            <w:r w:rsidRPr="001A6E1B">
              <w:rPr>
                <w:sz w:val="15"/>
                <w:lang w:val="pt-BR"/>
              </w:rPr>
              <w:t>Ponto focal de sustentabilidade</w:t>
            </w:r>
          </w:p>
        </w:tc>
        <w:tc>
          <w:tcPr>
            <w:tcW w:w="27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56FFBE3" w14:textId="77777777" w:rsidR="00D10681" w:rsidRPr="001A6E1B" w:rsidRDefault="00D10681">
            <w:pPr>
              <w:spacing w:line="240" w:lineRule="auto"/>
              <w:rPr>
                <w:lang w:val="pt-BR"/>
              </w:rPr>
            </w:pPr>
          </w:p>
        </w:tc>
        <w:tc>
          <w:tcPr>
            <w:tcW w:w="53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41F1F6F" w14:textId="77777777" w:rsidR="00D10681" w:rsidRPr="001A6E1B" w:rsidRDefault="00D10681">
            <w:pPr>
              <w:spacing w:line="240" w:lineRule="auto"/>
              <w:rPr>
                <w:lang w:val="pt-BR"/>
              </w:rPr>
            </w:pPr>
          </w:p>
        </w:tc>
      </w:tr>
    </w:tbl>
    <w:p w14:paraId="24C27559" w14:textId="77777777" w:rsidR="009674C1" w:rsidRPr="001A6E1B" w:rsidRDefault="007E05D5">
      <w:pPr>
        <w:rPr>
          <w:lang w:val="pt-BR"/>
        </w:rPr>
      </w:pPr>
      <w:r w:rsidRPr="001A6E1B">
        <w:rPr>
          <w:lang w:val="pt-BR"/>
        </w:rPr>
        <w:br w:type="page"/>
      </w:r>
    </w:p>
    <w:p w14:paraId="531C9D2A" w14:textId="77777777" w:rsidR="009674C1" w:rsidRPr="001A6E1B" w:rsidRDefault="007E05D5">
      <w:pPr>
        <w:keepNext/>
        <w:spacing w:before="100" w:after="40"/>
        <w:rPr>
          <w:lang w:val="pt-BR"/>
        </w:rPr>
      </w:pPr>
      <w:r w:rsidRPr="001A6E1B">
        <w:rPr>
          <w:b/>
          <w:sz w:val="18"/>
          <w:lang w:val="pt-BR"/>
        </w:rPr>
        <w:lastRenderedPageBreak/>
        <w:t>4. EIXO 1 - GESTÃO DE RESÍDUOS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962"/>
      </w:tblGrid>
      <w:tr w:rsidR="009674C1" w:rsidRPr="001A6E1B" w14:paraId="4E8CB39D" w14:textId="77777777" w:rsidTr="001E4AEE">
        <w:trPr>
          <w:jc w:val="center"/>
        </w:trPr>
        <w:tc>
          <w:tcPr>
            <w:tcW w:w="5000" w:type="pct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7A86B22" w14:textId="77777777" w:rsidR="009674C1" w:rsidRDefault="007E05D5">
            <w:pPr>
              <w:spacing w:line="240" w:lineRule="auto"/>
              <w:rPr>
                <w:i/>
                <w:sz w:val="15"/>
                <w:lang w:val="pt-BR"/>
              </w:rPr>
            </w:pPr>
            <w:r w:rsidRPr="001A6E1B">
              <w:rPr>
                <w:i/>
                <w:sz w:val="15"/>
                <w:lang w:val="pt-BR"/>
              </w:rPr>
              <w:t>Descrever a prevenção e a redução da geração, os tipos e volumes estimados, a segregação, a identificação dos coletores, o armazenamento temporário, a coleta, o transporte, a destinação e as formas de comprovação. Resíduos sujeitos a regras específicas deverão ser tratados de acordo com a legislação aplicável.</w:t>
            </w:r>
          </w:p>
          <w:p w14:paraId="1D6062B4" w14:textId="1DE811E7" w:rsidR="00AC37AE" w:rsidRPr="001E4AEE" w:rsidRDefault="001E4AEE" w:rsidP="00AC37AE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1E4AEE">
              <w:rPr>
                <w:i/>
                <w:iCs/>
                <w:sz w:val="15"/>
                <w:szCs w:val="15"/>
                <w:lang w:val="pt-BR"/>
              </w:rPr>
              <w:t>Sugestão</w:t>
            </w:r>
            <w:r w:rsidR="005F43D7" w:rsidRPr="001E4AEE">
              <w:rPr>
                <w:i/>
                <w:iCs/>
                <w:sz w:val="15"/>
                <w:szCs w:val="15"/>
                <w:lang w:val="pt-BR"/>
              </w:rPr>
              <w:t xml:space="preserve"> de ações:  </w:t>
            </w:r>
          </w:p>
          <w:p w14:paraId="2CF13ABF" w14:textId="6E4D0FB4" w:rsidR="00AC37AE" w:rsidRPr="001E4AEE" w:rsidRDefault="00AC37AE" w:rsidP="00AC37AE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1E4AEE">
              <w:rPr>
                <w:i/>
                <w:iCs/>
                <w:sz w:val="15"/>
                <w:szCs w:val="15"/>
                <w:lang w:val="pt-BR"/>
              </w:rPr>
              <w:t>Estimar os tipos, as fontes e os volumes de resíduos recicláveis, orgânicos, rejeitos e resíduos especiais.</w:t>
            </w:r>
          </w:p>
          <w:p w14:paraId="3D6783F5" w14:textId="77777777" w:rsidR="00AC37AE" w:rsidRPr="001E4AEE" w:rsidRDefault="00AC37AE" w:rsidP="00AC37AE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1E4AEE">
              <w:rPr>
                <w:i/>
                <w:iCs/>
                <w:sz w:val="15"/>
                <w:szCs w:val="15"/>
                <w:lang w:val="pt-BR"/>
              </w:rPr>
              <w:t>Reduzir materiais descartáveis, embalagens e aquisições desnecessárias.</w:t>
            </w:r>
          </w:p>
          <w:p w14:paraId="473E2E49" w14:textId="77777777" w:rsidR="00AC37AE" w:rsidRPr="001E4AEE" w:rsidRDefault="00AC37AE" w:rsidP="00AC37AE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1E4AEE">
              <w:rPr>
                <w:i/>
                <w:iCs/>
                <w:sz w:val="15"/>
                <w:szCs w:val="15"/>
                <w:lang w:val="pt-BR"/>
              </w:rPr>
              <w:t>Definir quantidade, localização e identificação dos coletores conforme os pontos de geração.</w:t>
            </w:r>
          </w:p>
          <w:p w14:paraId="37829005" w14:textId="77777777" w:rsidR="00AC37AE" w:rsidRPr="001E4AEE" w:rsidRDefault="00AC37AE" w:rsidP="00AC37AE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1E4AEE">
              <w:rPr>
                <w:i/>
                <w:iCs/>
                <w:sz w:val="15"/>
                <w:szCs w:val="15"/>
                <w:lang w:val="pt-BR"/>
              </w:rPr>
              <w:t>Orientar barracas, expositores, fornecedores, equipe de limpeza e voluntários quanto à segregação.</w:t>
            </w:r>
          </w:p>
          <w:p w14:paraId="26DBE011" w14:textId="77777777" w:rsidR="00AC37AE" w:rsidRPr="001E4AEE" w:rsidRDefault="00AC37AE" w:rsidP="00AC37AE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1E4AEE">
              <w:rPr>
                <w:i/>
                <w:iCs/>
                <w:sz w:val="15"/>
                <w:szCs w:val="15"/>
                <w:lang w:val="pt-BR"/>
              </w:rPr>
              <w:t>Definir armazenamento temporário e logística de coleta sem mistura posterior dos resíduos.</w:t>
            </w:r>
          </w:p>
          <w:p w14:paraId="5C2FB441" w14:textId="77777777" w:rsidR="00AC37AE" w:rsidRPr="001E4AEE" w:rsidRDefault="00AC37AE" w:rsidP="00AC37AE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1E4AEE">
              <w:rPr>
                <w:i/>
                <w:iCs/>
                <w:sz w:val="15"/>
                <w:szCs w:val="15"/>
                <w:lang w:val="pt-BR"/>
              </w:rPr>
              <w:t>Indicar transportador, cooperativa, associação, serviço público ou destinador responsável.</w:t>
            </w:r>
          </w:p>
          <w:p w14:paraId="2D2317C7" w14:textId="77777777" w:rsidR="00AC37AE" w:rsidRPr="001E4AEE" w:rsidRDefault="00AC37AE" w:rsidP="00AC37AE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1E4AEE">
              <w:rPr>
                <w:i/>
                <w:iCs/>
                <w:sz w:val="15"/>
                <w:szCs w:val="15"/>
                <w:lang w:val="pt-BR"/>
              </w:rPr>
              <w:t>Prever quantificação por pesagem, estimativa ou registro compatível com o porte do evento.</w:t>
            </w:r>
          </w:p>
          <w:p w14:paraId="3653F1EE" w14:textId="77777777" w:rsidR="00AC37AE" w:rsidRPr="001E4AEE" w:rsidRDefault="00AC37AE" w:rsidP="00AC37AE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1E4AEE">
              <w:rPr>
                <w:i/>
                <w:iCs/>
                <w:sz w:val="15"/>
                <w:szCs w:val="15"/>
                <w:lang w:val="pt-BR"/>
              </w:rPr>
              <w:t>Prever comprovantes de coleta, recebimento ou destinação, quando aplicáveis.</w:t>
            </w:r>
          </w:p>
          <w:p w14:paraId="0BC63931" w14:textId="7DF9AC1F" w:rsidR="005F43D7" w:rsidRPr="005F43D7" w:rsidRDefault="005F43D7" w:rsidP="00AC37AE">
            <w:pPr>
              <w:spacing w:line="240" w:lineRule="auto"/>
              <w:rPr>
                <w:i/>
                <w:iCs/>
                <w:lang w:val="pt-BR"/>
              </w:rPr>
            </w:pPr>
          </w:p>
        </w:tc>
      </w:tr>
      <w:tr w:rsidR="00AC37AE" w:rsidRPr="001A6E1B" w14:paraId="009589A8" w14:textId="77777777" w:rsidTr="00AC37AE">
        <w:trPr>
          <w:cantSplit/>
          <w:trHeight w:val="1077"/>
          <w:jc w:val="center"/>
        </w:trPr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F3B4A12" w14:textId="79569B13" w:rsidR="00AC37AE" w:rsidRPr="001A6E1B" w:rsidRDefault="00AC37AE" w:rsidP="00AC37AE">
            <w:pPr>
              <w:spacing w:line="240" w:lineRule="auto"/>
              <w:rPr>
                <w:lang w:val="pt-BR"/>
              </w:rPr>
            </w:pPr>
            <w:r>
              <w:rPr>
                <w:sz w:val="14"/>
                <w:lang w:val="pt-BR"/>
              </w:rPr>
              <w:t>Descrever</w:t>
            </w:r>
          </w:p>
        </w:tc>
      </w:tr>
    </w:tbl>
    <w:p w14:paraId="7205E075" w14:textId="27D03E02" w:rsidR="009674C1" w:rsidRPr="001A6E1B" w:rsidRDefault="007E05D5">
      <w:pPr>
        <w:keepNext/>
        <w:spacing w:before="100" w:after="40"/>
        <w:rPr>
          <w:lang w:val="pt-BR"/>
        </w:rPr>
      </w:pPr>
      <w:r w:rsidRPr="001A6E1B">
        <w:rPr>
          <w:b/>
          <w:sz w:val="18"/>
          <w:lang w:val="pt-BR"/>
        </w:rPr>
        <w:t>4.1. QUADRO PRELIMINAR DE GERAÇÃO E DESTINAÇÃO DE RESÍDUOS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827"/>
        <w:gridCol w:w="1827"/>
        <w:gridCol w:w="1827"/>
        <w:gridCol w:w="1827"/>
        <w:gridCol w:w="1827"/>
        <w:gridCol w:w="1827"/>
      </w:tblGrid>
      <w:tr w:rsidR="009674C1" w:rsidRPr="001A6E1B" w14:paraId="2640FB16" w14:textId="77777777" w:rsidTr="001A6E1B">
        <w:trPr>
          <w:tblHeader/>
          <w:jc w:val="center"/>
        </w:trPr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680E15C" w14:textId="77777777" w:rsidR="009674C1" w:rsidRPr="001A6E1B" w:rsidRDefault="007E05D5">
            <w:pPr>
              <w:spacing w:line="240" w:lineRule="auto"/>
              <w:jc w:val="center"/>
              <w:rPr>
                <w:lang w:val="pt-BR"/>
              </w:rPr>
            </w:pPr>
            <w:r w:rsidRPr="001A6E1B">
              <w:rPr>
                <w:b/>
                <w:sz w:val="14"/>
                <w:lang w:val="pt-BR"/>
              </w:rPr>
              <w:t>Tipo de resíduo</w:t>
            </w: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952862C" w14:textId="77777777" w:rsidR="009674C1" w:rsidRPr="001A6E1B" w:rsidRDefault="007E05D5">
            <w:pPr>
              <w:spacing w:line="240" w:lineRule="auto"/>
              <w:jc w:val="center"/>
              <w:rPr>
                <w:lang w:val="pt-BR"/>
              </w:rPr>
            </w:pPr>
            <w:r w:rsidRPr="001A6E1B">
              <w:rPr>
                <w:b/>
                <w:sz w:val="14"/>
                <w:lang w:val="pt-BR"/>
              </w:rPr>
              <w:t>Fonte principal</w:t>
            </w: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DF23A92" w14:textId="77777777" w:rsidR="009674C1" w:rsidRPr="001A6E1B" w:rsidRDefault="007E05D5">
            <w:pPr>
              <w:spacing w:line="240" w:lineRule="auto"/>
              <w:jc w:val="center"/>
              <w:rPr>
                <w:lang w:val="pt-BR"/>
              </w:rPr>
            </w:pPr>
            <w:r w:rsidRPr="001A6E1B">
              <w:rPr>
                <w:b/>
                <w:sz w:val="14"/>
                <w:lang w:val="pt-BR"/>
              </w:rPr>
              <w:t>Quantidade estimada</w:t>
            </w: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0BDE529" w14:textId="77777777" w:rsidR="009674C1" w:rsidRPr="001A6E1B" w:rsidRDefault="007E05D5">
            <w:pPr>
              <w:spacing w:line="240" w:lineRule="auto"/>
              <w:jc w:val="center"/>
              <w:rPr>
                <w:lang w:val="pt-BR"/>
              </w:rPr>
            </w:pPr>
            <w:r w:rsidRPr="001A6E1B">
              <w:rPr>
                <w:b/>
                <w:sz w:val="14"/>
                <w:lang w:val="pt-BR"/>
              </w:rPr>
              <w:t>Forma de acondicionamento</w:t>
            </w: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00CFB96" w14:textId="77777777" w:rsidR="009674C1" w:rsidRPr="001A6E1B" w:rsidRDefault="007E05D5">
            <w:pPr>
              <w:spacing w:line="240" w:lineRule="auto"/>
              <w:jc w:val="center"/>
              <w:rPr>
                <w:lang w:val="pt-BR"/>
              </w:rPr>
            </w:pPr>
            <w:r w:rsidRPr="001A6E1B">
              <w:rPr>
                <w:b/>
                <w:sz w:val="14"/>
                <w:lang w:val="pt-BR"/>
              </w:rPr>
              <w:t>Coleta/transporte</w:t>
            </w: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D1C6AFB" w14:textId="77777777" w:rsidR="009674C1" w:rsidRPr="001A6E1B" w:rsidRDefault="007E05D5">
            <w:pPr>
              <w:spacing w:line="240" w:lineRule="auto"/>
              <w:jc w:val="center"/>
              <w:rPr>
                <w:lang w:val="pt-BR"/>
              </w:rPr>
            </w:pPr>
            <w:r w:rsidRPr="001A6E1B">
              <w:rPr>
                <w:b/>
                <w:sz w:val="14"/>
                <w:lang w:val="pt-BR"/>
              </w:rPr>
              <w:t>Destinação prevista</w:t>
            </w:r>
          </w:p>
        </w:tc>
      </w:tr>
      <w:tr w:rsidR="009674C1" w:rsidRPr="001A6E1B" w14:paraId="10D6E85D" w14:textId="77777777" w:rsidTr="001A6E1B">
        <w:trPr>
          <w:jc w:val="center"/>
        </w:trPr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5ED3956" w14:textId="77777777" w:rsidR="009674C1" w:rsidRPr="001A6E1B" w:rsidRDefault="007E05D5">
            <w:pPr>
              <w:spacing w:line="240" w:lineRule="auto"/>
              <w:rPr>
                <w:lang w:val="pt-BR"/>
              </w:rPr>
            </w:pPr>
            <w:r w:rsidRPr="001A6E1B">
              <w:rPr>
                <w:sz w:val="14"/>
                <w:lang w:val="pt-BR"/>
              </w:rPr>
              <w:t>Recicláveis</w:t>
            </w: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8BD5084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1C69B3D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B3E5159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0C3832D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78BFF88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</w:tr>
      <w:tr w:rsidR="009674C1" w:rsidRPr="001A6E1B" w14:paraId="55EA0A31" w14:textId="77777777" w:rsidTr="001A6E1B">
        <w:trPr>
          <w:jc w:val="center"/>
        </w:trPr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F9CF71A" w14:textId="77777777" w:rsidR="009674C1" w:rsidRPr="001A6E1B" w:rsidRDefault="007E05D5">
            <w:pPr>
              <w:spacing w:line="240" w:lineRule="auto"/>
              <w:rPr>
                <w:lang w:val="pt-BR"/>
              </w:rPr>
            </w:pPr>
            <w:r w:rsidRPr="001A6E1B">
              <w:rPr>
                <w:sz w:val="14"/>
                <w:lang w:val="pt-BR"/>
              </w:rPr>
              <w:t>Orgânicos</w:t>
            </w: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3C06694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72C1634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15CABF3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B3D41B2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80E413F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</w:tr>
      <w:tr w:rsidR="009674C1" w:rsidRPr="001A6E1B" w14:paraId="16E20E73" w14:textId="77777777" w:rsidTr="001A6E1B">
        <w:trPr>
          <w:jc w:val="center"/>
        </w:trPr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E95E0D5" w14:textId="77777777" w:rsidR="009674C1" w:rsidRPr="001A6E1B" w:rsidRDefault="007E05D5">
            <w:pPr>
              <w:spacing w:line="240" w:lineRule="auto"/>
              <w:rPr>
                <w:lang w:val="pt-BR"/>
              </w:rPr>
            </w:pPr>
            <w:r w:rsidRPr="001A6E1B">
              <w:rPr>
                <w:sz w:val="14"/>
                <w:lang w:val="pt-BR"/>
              </w:rPr>
              <w:t>Rejeitos</w:t>
            </w: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6DEF57E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27C9965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1115A17E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5E12489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943535E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</w:tr>
      <w:tr w:rsidR="009674C1" w:rsidRPr="001A6E1B" w14:paraId="1CB9F94C" w14:textId="77777777" w:rsidTr="001A6E1B">
        <w:trPr>
          <w:jc w:val="center"/>
        </w:trPr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9510852" w14:textId="77777777" w:rsidR="009674C1" w:rsidRPr="001A6E1B" w:rsidRDefault="007E05D5">
            <w:pPr>
              <w:spacing w:line="240" w:lineRule="auto"/>
              <w:rPr>
                <w:lang w:val="pt-BR"/>
              </w:rPr>
            </w:pPr>
            <w:r w:rsidRPr="001A6E1B">
              <w:rPr>
                <w:sz w:val="14"/>
                <w:lang w:val="pt-BR"/>
              </w:rPr>
              <w:t>Óleo de cozinha, se houver</w:t>
            </w: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4B93AFC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1189F80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8ABD60D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33FA7C9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5C14958C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</w:tr>
      <w:tr w:rsidR="009674C1" w:rsidRPr="001A6E1B" w14:paraId="2F79BE24" w14:textId="77777777" w:rsidTr="001A6E1B">
        <w:trPr>
          <w:jc w:val="center"/>
        </w:trPr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59D9F7E" w14:textId="77777777" w:rsidR="009674C1" w:rsidRPr="001A6E1B" w:rsidRDefault="007E05D5">
            <w:pPr>
              <w:spacing w:line="240" w:lineRule="auto"/>
              <w:rPr>
                <w:lang w:val="pt-BR"/>
              </w:rPr>
            </w:pPr>
            <w:r w:rsidRPr="001A6E1B">
              <w:rPr>
                <w:sz w:val="14"/>
                <w:lang w:val="pt-BR"/>
              </w:rPr>
              <w:t>Resíduos especiais, se houver</w:t>
            </w: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AFC782C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29AE9D5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C094C8B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BCA6B3B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F807E4A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</w:tr>
      <w:tr w:rsidR="009674C1" w:rsidRPr="001A6E1B" w14:paraId="564D2FE3" w14:textId="77777777" w:rsidTr="001A6E1B">
        <w:trPr>
          <w:jc w:val="center"/>
        </w:trPr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6C803C39" w14:textId="77777777" w:rsidR="009674C1" w:rsidRPr="001A6E1B" w:rsidRDefault="007E05D5">
            <w:pPr>
              <w:spacing w:line="240" w:lineRule="auto"/>
              <w:rPr>
                <w:lang w:val="pt-BR"/>
              </w:rPr>
            </w:pPr>
            <w:r w:rsidRPr="001A6E1B">
              <w:rPr>
                <w:sz w:val="14"/>
                <w:lang w:val="pt-BR"/>
              </w:rPr>
              <w:t>Outros</w:t>
            </w: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0E934C0C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3D92D38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DA89468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47525C88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  <w:tc>
          <w:tcPr>
            <w:tcW w:w="8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DB4A5E6" w14:textId="77777777" w:rsidR="009674C1" w:rsidRPr="001A6E1B" w:rsidRDefault="009674C1">
            <w:pPr>
              <w:spacing w:line="240" w:lineRule="auto"/>
              <w:rPr>
                <w:lang w:val="pt-BR"/>
              </w:rPr>
            </w:pPr>
          </w:p>
        </w:tc>
      </w:tr>
    </w:tbl>
    <w:p w14:paraId="6C3DDF53" w14:textId="77777777" w:rsidR="006F447D" w:rsidRDefault="006F447D" w:rsidP="00CB45BF">
      <w:pPr>
        <w:rPr>
          <w:b/>
          <w:lang w:val="pt-BR"/>
        </w:rPr>
      </w:pPr>
    </w:p>
    <w:p w14:paraId="3526E983" w14:textId="77777777" w:rsidR="006F447D" w:rsidRDefault="006F447D" w:rsidP="00CB45BF">
      <w:pPr>
        <w:rPr>
          <w:b/>
          <w:lang w:val="pt-BR"/>
        </w:rPr>
      </w:pPr>
    </w:p>
    <w:p w14:paraId="3EED142E" w14:textId="7C0DB6B3" w:rsidR="009674C1" w:rsidRPr="001A6E1B" w:rsidRDefault="006F447D" w:rsidP="00CB45BF">
      <w:pPr>
        <w:rPr>
          <w:lang w:val="pt-BR"/>
        </w:rPr>
      </w:pPr>
      <w:r>
        <w:rPr>
          <w:b/>
          <w:lang w:val="pt-BR"/>
        </w:rPr>
        <w:t xml:space="preserve">5. </w:t>
      </w:r>
      <w:r w:rsidR="007E05D5" w:rsidRPr="001A6E1B">
        <w:rPr>
          <w:b/>
          <w:sz w:val="18"/>
          <w:lang w:val="pt-BR"/>
        </w:rPr>
        <w:t>EIXO 2 - EDUCAÇÃO AMBIENTAL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962"/>
      </w:tblGrid>
      <w:tr w:rsidR="009674C1" w:rsidRPr="001A6E1B" w14:paraId="3D0E5A03" w14:textId="77777777" w:rsidTr="001E4AEE">
        <w:trPr>
          <w:jc w:val="center"/>
        </w:trPr>
        <w:tc>
          <w:tcPr>
            <w:tcW w:w="5000" w:type="pct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43BDC0E" w14:textId="77777777" w:rsidR="009674C1" w:rsidRPr="001E4AEE" w:rsidRDefault="007E05D5">
            <w:pPr>
              <w:spacing w:line="240" w:lineRule="auto"/>
              <w:rPr>
                <w:i/>
                <w:sz w:val="15"/>
                <w:szCs w:val="15"/>
                <w:lang w:val="pt-BR"/>
              </w:rPr>
            </w:pPr>
            <w:r w:rsidRPr="001E4AEE">
              <w:rPr>
                <w:i/>
                <w:sz w:val="15"/>
                <w:szCs w:val="15"/>
                <w:lang w:val="pt-BR"/>
              </w:rPr>
              <w:t>Descrever como a organização comunicará as boas práticas e orientará equipes, prestadores, expositores, responsáveis por barracas e público. Indicar materiais, momentos de orientação, responsáveis e registros previstos.</w:t>
            </w:r>
          </w:p>
          <w:p w14:paraId="2CCDE856" w14:textId="77777777" w:rsidR="002900D4" w:rsidRPr="001E4AEE" w:rsidRDefault="001E4AEE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1E4AEE">
              <w:rPr>
                <w:i/>
                <w:iCs/>
                <w:sz w:val="15"/>
                <w:szCs w:val="15"/>
                <w:lang w:val="pt-BR"/>
              </w:rPr>
              <w:t>Sugestão de ações:</w:t>
            </w:r>
          </w:p>
          <w:p w14:paraId="486B2D89" w14:textId="77777777" w:rsidR="001E4AEE" w:rsidRPr="001E4AEE" w:rsidRDefault="001E4AEE" w:rsidP="001E4AEE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1E4AEE">
              <w:rPr>
                <w:i/>
                <w:iCs/>
                <w:sz w:val="15"/>
                <w:szCs w:val="15"/>
                <w:lang w:val="pt-BR"/>
              </w:rPr>
              <w:t>Manter uma barraca para temas sustentáveis durante o evento</w:t>
            </w:r>
          </w:p>
          <w:p w14:paraId="52BEBA4F" w14:textId="77777777" w:rsidR="001E4AEE" w:rsidRPr="001E4AEE" w:rsidRDefault="001E4AEE" w:rsidP="001E4AEE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1E4AEE">
              <w:rPr>
                <w:i/>
                <w:iCs/>
                <w:sz w:val="15"/>
                <w:szCs w:val="15"/>
                <w:lang w:val="pt-BR"/>
              </w:rPr>
              <w:t>Realizar orientação prévia com a equipe organizadora, limpeza, voluntários e prestadores.</w:t>
            </w:r>
          </w:p>
          <w:p w14:paraId="79FE44DC" w14:textId="77777777" w:rsidR="001E4AEE" w:rsidRPr="001E4AEE" w:rsidRDefault="001E4AEE" w:rsidP="001E4AEE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1E4AEE">
              <w:rPr>
                <w:i/>
                <w:iCs/>
                <w:sz w:val="15"/>
                <w:szCs w:val="15"/>
                <w:lang w:val="pt-BR"/>
              </w:rPr>
              <w:t>Disponibilizar comunicação visual para descarte correto e uso adequado dos coletores.</w:t>
            </w:r>
          </w:p>
          <w:p w14:paraId="2AA495CC" w14:textId="77777777" w:rsidR="001E4AEE" w:rsidRPr="001E4AEE" w:rsidRDefault="001E4AEE" w:rsidP="001E4AEE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1E4AEE">
              <w:rPr>
                <w:i/>
                <w:iCs/>
                <w:sz w:val="15"/>
                <w:szCs w:val="15"/>
                <w:lang w:val="pt-BR"/>
              </w:rPr>
              <w:t>Divulgar boas práticas ambientais antes e durante o evento.</w:t>
            </w:r>
          </w:p>
          <w:p w14:paraId="07137FEA" w14:textId="77777777" w:rsidR="001E4AEE" w:rsidRPr="001E4AEE" w:rsidRDefault="001E4AEE" w:rsidP="001E4AEE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1E4AEE">
              <w:rPr>
                <w:i/>
                <w:iCs/>
                <w:sz w:val="15"/>
                <w:szCs w:val="15"/>
                <w:lang w:val="pt-BR"/>
              </w:rPr>
              <w:t>Promover ação de sensibilização ou educação ambiental com o público.</w:t>
            </w:r>
          </w:p>
          <w:p w14:paraId="282C0D7E" w14:textId="121EEE74" w:rsidR="001E4AEE" w:rsidRPr="001E4AEE" w:rsidRDefault="001E4AEE" w:rsidP="001E4AEE">
            <w:pPr>
              <w:spacing w:line="240" w:lineRule="auto"/>
              <w:rPr>
                <w:i/>
                <w:iCs/>
                <w:lang w:val="pt-BR"/>
              </w:rPr>
            </w:pPr>
            <w:r w:rsidRPr="001E4AEE">
              <w:rPr>
                <w:i/>
                <w:iCs/>
                <w:sz w:val="15"/>
                <w:szCs w:val="15"/>
                <w:lang w:val="pt-BR"/>
              </w:rPr>
              <w:t>Registrar as ações por meio de fotografias, listas, materiais de divulgação ou outros documentos.</w:t>
            </w:r>
          </w:p>
        </w:tc>
      </w:tr>
      <w:tr w:rsidR="001E4AEE" w:rsidRPr="001A6E1B" w14:paraId="788B1A38" w14:textId="77777777" w:rsidTr="001E4AEE">
        <w:trPr>
          <w:cantSplit/>
          <w:trHeight w:val="1020"/>
          <w:jc w:val="center"/>
        </w:trPr>
        <w:tc>
          <w:tcPr>
            <w:tcW w:w="500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09255719" w14:textId="55084335" w:rsidR="001E4AEE" w:rsidRPr="001A6E1B" w:rsidRDefault="001E4AEE" w:rsidP="001E4AEE">
            <w:pPr>
              <w:spacing w:line="240" w:lineRule="auto"/>
              <w:rPr>
                <w:lang w:val="pt-BR"/>
              </w:rPr>
            </w:pPr>
            <w:r>
              <w:rPr>
                <w:sz w:val="14"/>
                <w:lang w:val="pt-BR"/>
              </w:rPr>
              <w:t>Descrever</w:t>
            </w:r>
          </w:p>
        </w:tc>
      </w:tr>
    </w:tbl>
    <w:p w14:paraId="1B5668DD" w14:textId="2AF234A2" w:rsidR="009674C1" w:rsidRPr="000A2DEA" w:rsidRDefault="001A6E1B">
      <w:pPr>
        <w:keepNext/>
        <w:spacing w:before="100" w:after="40"/>
        <w:rPr>
          <w:b/>
          <w:sz w:val="18"/>
          <w:lang w:val="pt-BR"/>
        </w:rPr>
      </w:pPr>
      <w:r>
        <w:rPr>
          <w:b/>
          <w:sz w:val="18"/>
          <w:lang w:val="pt-BR"/>
        </w:rPr>
        <w:br w:type="page"/>
      </w:r>
      <w:r w:rsidR="007E05D5" w:rsidRPr="001A6E1B">
        <w:rPr>
          <w:b/>
          <w:sz w:val="18"/>
          <w:lang w:val="pt-BR"/>
        </w:rPr>
        <w:lastRenderedPageBreak/>
        <w:t>6.</w:t>
      </w:r>
      <w:r w:rsidR="00B9021C" w:rsidRPr="001A6E1B">
        <w:rPr>
          <w:b/>
          <w:sz w:val="18"/>
          <w:lang w:val="pt-BR"/>
        </w:rPr>
        <w:t xml:space="preserve"> </w:t>
      </w:r>
      <w:r w:rsidR="007E05D5" w:rsidRPr="001A6E1B">
        <w:rPr>
          <w:b/>
          <w:sz w:val="18"/>
          <w:lang w:val="pt-BR"/>
        </w:rPr>
        <w:t>EIXO 3 - ARBORIZAÇÃO URBANA E CONSERVAÇÃO AMBIENTAL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23"/>
      </w:tblGrid>
      <w:tr w:rsidR="009674C1" w:rsidRPr="001A6E1B" w14:paraId="20C4EB6E" w14:textId="77777777" w:rsidTr="00637375">
        <w:trPr>
          <w:jc w:val="center"/>
        </w:trPr>
        <w:tc>
          <w:tcPr>
            <w:tcW w:w="10523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34DCFE4D" w14:textId="77777777" w:rsidR="009674C1" w:rsidRDefault="007E05D5">
            <w:pPr>
              <w:spacing w:line="240" w:lineRule="auto"/>
              <w:rPr>
                <w:i/>
                <w:sz w:val="15"/>
                <w:lang w:val="pt-BR"/>
              </w:rPr>
            </w:pPr>
            <w:r w:rsidRPr="001A6E1B">
              <w:rPr>
                <w:i/>
                <w:sz w:val="15"/>
                <w:lang w:val="pt-BR"/>
              </w:rPr>
              <w:t>Descrever ações compatíveis com a natureza do evento, como apoio a iniciativas de conservação, doação de mudas ou participação em plantios previamente autorizados. Nenhum plantio, intervenção em área verde ou medida compensatória deverá ser executado sem a anuência do órgão competente, quando necessária.</w:t>
            </w:r>
          </w:p>
          <w:p w14:paraId="5765768A" w14:textId="77777777" w:rsidR="00637375" w:rsidRPr="00637375" w:rsidRDefault="00637375" w:rsidP="00637375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637375">
              <w:rPr>
                <w:i/>
                <w:iCs/>
                <w:sz w:val="15"/>
                <w:szCs w:val="15"/>
                <w:lang w:val="pt-BR"/>
              </w:rPr>
              <w:t>Sugestão de Ações:</w:t>
            </w:r>
          </w:p>
          <w:p w14:paraId="6A816FB6" w14:textId="77777777" w:rsidR="00637375" w:rsidRPr="00637375" w:rsidRDefault="00637375" w:rsidP="00637375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637375">
              <w:rPr>
                <w:i/>
                <w:iCs/>
                <w:sz w:val="15"/>
                <w:szCs w:val="15"/>
                <w:lang w:val="pt-BR"/>
              </w:rPr>
              <w:t>Apoiar programa municipal ou comunitário de arborização, conservação ou educação ambiental.</w:t>
            </w:r>
          </w:p>
          <w:p w14:paraId="02A78252" w14:textId="77777777" w:rsidR="00637375" w:rsidRPr="00637375" w:rsidRDefault="00637375" w:rsidP="00637375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637375">
              <w:rPr>
                <w:i/>
                <w:iCs/>
                <w:sz w:val="15"/>
                <w:szCs w:val="15"/>
                <w:lang w:val="pt-BR"/>
              </w:rPr>
              <w:t>Realizar doação de mudas ou materiais para ação ambiental previamente definida.</w:t>
            </w:r>
          </w:p>
          <w:p w14:paraId="6F3F3829" w14:textId="77777777" w:rsidR="00637375" w:rsidRPr="00637375" w:rsidRDefault="00637375" w:rsidP="00637375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637375">
              <w:rPr>
                <w:i/>
                <w:iCs/>
                <w:sz w:val="15"/>
                <w:szCs w:val="15"/>
                <w:lang w:val="pt-BR"/>
              </w:rPr>
              <w:t>Mobilizar participantes para plantio previamente autorizado e tecnicamente orientado.</w:t>
            </w:r>
          </w:p>
          <w:p w14:paraId="675A7BD3" w14:textId="77777777" w:rsidR="00637375" w:rsidRPr="00637375" w:rsidRDefault="00637375" w:rsidP="00637375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637375">
              <w:rPr>
                <w:i/>
                <w:iCs/>
                <w:sz w:val="15"/>
                <w:szCs w:val="15"/>
                <w:lang w:val="pt-BR"/>
              </w:rPr>
              <w:t>Adotar medida equivalente de conservação ambiental, com justificativa e forma de comprovação.</w:t>
            </w:r>
          </w:p>
          <w:p w14:paraId="5D01952E" w14:textId="77777777" w:rsidR="00637375" w:rsidRPr="001A6E1B" w:rsidRDefault="00637375">
            <w:pPr>
              <w:spacing w:line="240" w:lineRule="auto"/>
              <w:rPr>
                <w:lang w:val="pt-BR"/>
              </w:rPr>
            </w:pPr>
          </w:p>
        </w:tc>
      </w:tr>
      <w:tr w:rsidR="00637375" w:rsidRPr="001A6E1B" w14:paraId="6EB5DD7F" w14:textId="77777777" w:rsidTr="00637375">
        <w:trPr>
          <w:cantSplit/>
          <w:trHeight w:val="895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56BEBF18" w14:textId="3C31FE41" w:rsidR="00637375" w:rsidRPr="001A6E1B" w:rsidRDefault="00637375" w:rsidP="00637375">
            <w:pPr>
              <w:spacing w:line="240" w:lineRule="auto"/>
              <w:rPr>
                <w:lang w:val="pt-BR"/>
              </w:rPr>
            </w:pPr>
            <w:r>
              <w:rPr>
                <w:sz w:val="14"/>
                <w:lang w:val="pt-BR"/>
              </w:rPr>
              <w:t>Descrever</w:t>
            </w:r>
          </w:p>
        </w:tc>
      </w:tr>
    </w:tbl>
    <w:p w14:paraId="16D89895" w14:textId="77777777" w:rsidR="00CB45BF" w:rsidRDefault="00CB45BF" w:rsidP="00CB45BF">
      <w:pPr>
        <w:rPr>
          <w:lang w:val="pt-BR"/>
        </w:rPr>
      </w:pPr>
    </w:p>
    <w:p w14:paraId="2E8D60D0" w14:textId="1052C4DF" w:rsidR="009674C1" w:rsidRPr="001A6E1B" w:rsidRDefault="006F447D" w:rsidP="00CB45BF">
      <w:pPr>
        <w:rPr>
          <w:lang w:val="pt-BR"/>
        </w:rPr>
      </w:pPr>
      <w:r>
        <w:rPr>
          <w:b/>
          <w:sz w:val="18"/>
          <w:lang w:val="pt-BR"/>
        </w:rPr>
        <w:t xml:space="preserve">7. </w:t>
      </w:r>
      <w:r w:rsidR="007E05D5" w:rsidRPr="001A6E1B">
        <w:rPr>
          <w:b/>
          <w:sz w:val="18"/>
          <w:lang w:val="pt-BR"/>
        </w:rPr>
        <w:t>EIXO 4 - CLIMA, MOBILIDADE E EMISSÕES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72"/>
      </w:tblGrid>
      <w:tr w:rsidR="009674C1" w:rsidRPr="001A6E1B" w14:paraId="0D908AEC" w14:textId="77777777" w:rsidTr="000D3850">
        <w:trPr>
          <w:jc w:val="center"/>
        </w:trPr>
        <w:tc>
          <w:tcPr>
            <w:tcW w:w="10472" w:type="dxa"/>
            <w:tcBorders>
              <w:top w:val="single" w:sz="5" w:space="0" w:color="7F7F7F"/>
              <w:left w:val="single" w:sz="5" w:space="0" w:color="7F7F7F"/>
              <w:bottom w:val="single" w:sz="5" w:space="0" w:color="7F7F7F"/>
              <w:right w:val="single" w:sz="5" w:space="0" w:color="7F7F7F"/>
            </w:tcBorders>
            <w:shd w:val="clear" w:color="auto" w:fill="F2F2F2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2685AD9C" w14:textId="77777777" w:rsidR="009674C1" w:rsidRDefault="007E05D5">
            <w:pPr>
              <w:spacing w:line="240" w:lineRule="auto"/>
              <w:rPr>
                <w:i/>
                <w:sz w:val="15"/>
                <w:lang w:val="pt-BR"/>
              </w:rPr>
            </w:pPr>
            <w:r w:rsidRPr="001A6E1B">
              <w:rPr>
                <w:i/>
                <w:sz w:val="15"/>
                <w:lang w:val="pt-BR"/>
              </w:rPr>
              <w:t>Descrever medidas de redução de deslocamentos, consumo de materiais, energia e combustíveis. Inventários, compensações ou alegações de neutralização somente deverão ser utilizados quando houver metodologia tecnicamente adequada e documentação compatível com o porte do evento.</w:t>
            </w:r>
          </w:p>
          <w:p w14:paraId="5F36C65F" w14:textId="77777777" w:rsidR="000D3850" w:rsidRPr="000D3850" w:rsidRDefault="000D3850" w:rsidP="000D3850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0D3850">
              <w:rPr>
                <w:i/>
                <w:iCs/>
                <w:sz w:val="15"/>
                <w:szCs w:val="15"/>
                <w:lang w:val="pt-BR"/>
              </w:rPr>
              <w:t>Sugestão de Ações:</w:t>
            </w:r>
          </w:p>
          <w:p w14:paraId="53650912" w14:textId="77777777" w:rsidR="000D3850" w:rsidRPr="000D3850" w:rsidRDefault="000D3850" w:rsidP="000D3850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0D3850">
              <w:rPr>
                <w:i/>
                <w:iCs/>
                <w:sz w:val="15"/>
                <w:szCs w:val="15"/>
                <w:lang w:val="pt-BR"/>
              </w:rPr>
              <w:t>Divulgar linhas, horários e rotas de transporte coletivo próximas ao evento.</w:t>
            </w:r>
          </w:p>
          <w:p w14:paraId="6619DA38" w14:textId="77777777" w:rsidR="000D3850" w:rsidRPr="000D3850" w:rsidRDefault="000D3850" w:rsidP="000D3850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0D3850">
              <w:rPr>
                <w:i/>
                <w:iCs/>
                <w:sz w:val="15"/>
                <w:szCs w:val="15"/>
                <w:lang w:val="pt-BR"/>
              </w:rPr>
              <w:t>Incentivar caronas, transporte compartilhado, bicicleta e deslocamentos a pé.</w:t>
            </w:r>
          </w:p>
          <w:p w14:paraId="08D578A7" w14:textId="77777777" w:rsidR="000D3850" w:rsidRPr="000D3850" w:rsidRDefault="000D3850" w:rsidP="000D3850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0D3850">
              <w:rPr>
                <w:i/>
                <w:iCs/>
                <w:sz w:val="15"/>
                <w:szCs w:val="15"/>
                <w:lang w:val="pt-BR"/>
              </w:rPr>
              <w:t>Priorizar fornecedores, produtos e serviços locais, quando viável.</w:t>
            </w:r>
          </w:p>
          <w:p w14:paraId="00825E23" w14:textId="77777777" w:rsidR="000D3850" w:rsidRPr="000D3850" w:rsidRDefault="000D3850" w:rsidP="000D3850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0D3850">
              <w:rPr>
                <w:i/>
                <w:iCs/>
                <w:sz w:val="15"/>
                <w:szCs w:val="15"/>
                <w:lang w:val="pt-BR"/>
              </w:rPr>
              <w:t>Reduzir consumo de energia, combustíveis, materiais e deslocamentos desnecessários.</w:t>
            </w:r>
          </w:p>
          <w:p w14:paraId="2462126C" w14:textId="77777777" w:rsidR="000D3850" w:rsidRPr="000D3850" w:rsidRDefault="000D3850" w:rsidP="000D3850">
            <w:pPr>
              <w:spacing w:line="240" w:lineRule="auto"/>
              <w:rPr>
                <w:i/>
                <w:iCs/>
                <w:sz w:val="15"/>
                <w:szCs w:val="15"/>
                <w:lang w:val="pt-BR"/>
              </w:rPr>
            </w:pPr>
            <w:r w:rsidRPr="000D3850">
              <w:rPr>
                <w:i/>
                <w:iCs/>
                <w:sz w:val="15"/>
                <w:szCs w:val="15"/>
                <w:lang w:val="pt-BR"/>
              </w:rPr>
              <w:t>Identificar fontes relevantes de emissões, quando compatível com o porte do evento.</w:t>
            </w:r>
          </w:p>
          <w:p w14:paraId="00C7D705" w14:textId="61698B6E" w:rsidR="000D3850" w:rsidRPr="001A6E1B" w:rsidRDefault="000D3850" w:rsidP="000D3850">
            <w:pPr>
              <w:spacing w:line="240" w:lineRule="auto"/>
              <w:rPr>
                <w:lang w:val="pt-BR"/>
              </w:rPr>
            </w:pPr>
            <w:r w:rsidRPr="000D3850">
              <w:rPr>
                <w:i/>
                <w:iCs/>
                <w:sz w:val="15"/>
                <w:szCs w:val="15"/>
                <w:lang w:val="pt-BR"/>
              </w:rPr>
              <w:t>Executar medida de redução, mitigação ou compensação tecnicamente justificada.</w:t>
            </w:r>
          </w:p>
        </w:tc>
      </w:tr>
      <w:tr w:rsidR="000D3850" w:rsidRPr="001A6E1B" w14:paraId="51E30201" w14:textId="77777777" w:rsidTr="000D3850">
        <w:trPr>
          <w:cantSplit/>
          <w:trHeight w:val="454"/>
          <w:jc w:val="center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</w:tcPr>
          <w:p w14:paraId="2475AFB9" w14:textId="3EE767EC" w:rsidR="000D3850" w:rsidRPr="001A6E1B" w:rsidRDefault="000D3850" w:rsidP="000D3850">
            <w:pPr>
              <w:spacing w:line="240" w:lineRule="auto"/>
              <w:rPr>
                <w:lang w:val="pt-BR"/>
              </w:rPr>
            </w:pPr>
            <w:r>
              <w:rPr>
                <w:sz w:val="14"/>
                <w:lang w:val="pt-BR"/>
              </w:rPr>
              <w:t>Descrever</w:t>
            </w:r>
          </w:p>
        </w:tc>
      </w:tr>
    </w:tbl>
    <w:p w14:paraId="101478D0" w14:textId="77777777" w:rsidR="006F447D" w:rsidRDefault="006F447D">
      <w:pPr>
        <w:keepNext/>
        <w:spacing w:before="100" w:after="40"/>
        <w:rPr>
          <w:b/>
          <w:sz w:val="18"/>
          <w:lang w:val="pt-BR"/>
        </w:rPr>
      </w:pPr>
    </w:p>
    <w:p w14:paraId="78F3C293" w14:textId="498F0DE2" w:rsidR="009674C1" w:rsidRPr="006F447D" w:rsidRDefault="006F447D">
      <w:pPr>
        <w:keepNext/>
        <w:spacing w:before="100" w:after="40"/>
        <w:rPr>
          <w:b/>
          <w:sz w:val="18"/>
          <w:lang w:val="pt-BR"/>
        </w:rPr>
      </w:pPr>
      <w:r>
        <w:rPr>
          <w:b/>
          <w:sz w:val="18"/>
          <w:lang w:val="pt-BR"/>
        </w:rPr>
        <w:t>8</w:t>
      </w:r>
      <w:r w:rsidR="007E05D5" w:rsidRPr="001A6E1B">
        <w:rPr>
          <w:b/>
          <w:sz w:val="18"/>
          <w:lang w:val="pt-BR"/>
        </w:rPr>
        <w:t>. ESTRUTURA RECOMENDADA PARA O RELATÓRIO PÓS-EVENTO</w:t>
      </w:r>
    </w:p>
    <w:p w14:paraId="3A7C78C4" w14:textId="1DEDF3AB" w:rsidR="009674C1" w:rsidRPr="001A6E1B" w:rsidRDefault="00CA23B5">
      <w:pPr>
        <w:spacing w:before="20" w:after="60" w:line="240" w:lineRule="auto"/>
        <w:rPr>
          <w:lang w:val="pt-BR"/>
        </w:rPr>
      </w:pPr>
      <w:r w:rsidRPr="001A6E1B">
        <w:rPr>
          <w:i/>
          <w:sz w:val="16"/>
          <w:lang w:val="pt-BR"/>
        </w:rPr>
        <w:t>Recomenda</w:t>
      </w:r>
      <w:r w:rsidR="007E05D5" w:rsidRPr="001A6E1B">
        <w:rPr>
          <w:i/>
          <w:sz w:val="16"/>
          <w:lang w:val="pt-BR"/>
        </w:rPr>
        <w:t>-se utilizar a mesma organização deste Memorial, apresentando o que foi planejado, o que foi executado, os resultados, as evidências, os desvios e as melhorias para eventos futuros.</w:t>
      </w:r>
    </w:p>
    <w:p w14:paraId="5431B851" w14:textId="77777777" w:rsidR="009674C1" w:rsidRPr="001A6E1B" w:rsidRDefault="007E05D5">
      <w:pPr>
        <w:spacing w:after="20" w:line="240" w:lineRule="auto"/>
        <w:ind w:left="198" w:hanging="113"/>
        <w:rPr>
          <w:lang w:val="pt-BR"/>
        </w:rPr>
      </w:pPr>
      <w:r w:rsidRPr="001A6E1B">
        <w:rPr>
          <w:sz w:val="16"/>
          <w:lang w:val="pt-BR"/>
        </w:rPr>
        <w:t>• Identificação do evento e público efetivo.</w:t>
      </w:r>
    </w:p>
    <w:p w14:paraId="1278CF59" w14:textId="77777777" w:rsidR="009674C1" w:rsidRPr="001A6E1B" w:rsidRDefault="007E05D5">
      <w:pPr>
        <w:spacing w:after="20" w:line="240" w:lineRule="auto"/>
        <w:ind w:left="198" w:hanging="113"/>
        <w:rPr>
          <w:lang w:val="pt-BR"/>
        </w:rPr>
      </w:pPr>
      <w:r w:rsidRPr="001A6E1B">
        <w:rPr>
          <w:sz w:val="16"/>
          <w:lang w:val="pt-BR"/>
        </w:rPr>
        <w:t>• Síntese das ações executadas em cada eixo.</w:t>
      </w:r>
    </w:p>
    <w:p w14:paraId="3FB74D98" w14:textId="77777777" w:rsidR="009674C1" w:rsidRPr="001A6E1B" w:rsidRDefault="007E05D5">
      <w:pPr>
        <w:spacing w:after="20" w:line="240" w:lineRule="auto"/>
        <w:ind w:left="198" w:hanging="113"/>
        <w:rPr>
          <w:lang w:val="pt-BR"/>
        </w:rPr>
      </w:pPr>
      <w:r w:rsidRPr="001A6E1B">
        <w:rPr>
          <w:sz w:val="16"/>
          <w:lang w:val="pt-BR"/>
        </w:rPr>
        <w:t>• Resultados e indicadores obtidos.</w:t>
      </w:r>
    </w:p>
    <w:p w14:paraId="762885E6" w14:textId="77777777" w:rsidR="009674C1" w:rsidRPr="001A6E1B" w:rsidRDefault="007E05D5">
      <w:pPr>
        <w:spacing w:after="20" w:line="240" w:lineRule="auto"/>
        <w:ind w:left="198" w:hanging="113"/>
        <w:rPr>
          <w:lang w:val="pt-BR"/>
        </w:rPr>
      </w:pPr>
      <w:r w:rsidRPr="001A6E1B">
        <w:rPr>
          <w:sz w:val="16"/>
          <w:lang w:val="pt-BR"/>
        </w:rPr>
        <w:t>• Quantidades de resíduos por tipo e destinação realizada.</w:t>
      </w:r>
    </w:p>
    <w:p w14:paraId="0BA5C5EA" w14:textId="77777777" w:rsidR="009674C1" w:rsidRPr="001A6E1B" w:rsidRDefault="007E05D5">
      <w:pPr>
        <w:spacing w:after="20" w:line="240" w:lineRule="auto"/>
        <w:ind w:left="198" w:hanging="113"/>
        <w:rPr>
          <w:lang w:val="pt-BR"/>
        </w:rPr>
      </w:pPr>
      <w:r w:rsidRPr="001A6E1B">
        <w:rPr>
          <w:sz w:val="16"/>
          <w:lang w:val="pt-BR"/>
        </w:rPr>
        <w:t>• Registros fotográficos e materiais de comunicação.</w:t>
      </w:r>
    </w:p>
    <w:p w14:paraId="71A65123" w14:textId="77777777" w:rsidR="009674C1" w:rsidRPr="001A6E1B" w:rsidRDefault="007E05D5">
      <w:pPr>
        <w:spacing w:after="20" w:line="240" w:lineRule="auto"/>
        <w:ind w:left="198" w:hanging="113"/>
        <w:rPr>
          <w:lang w:val="pt-BR"/>
        </w:rPr>
      </w:pPr>
      <w:r w:rsidRPr="001A6E1B">
        <w:rPr>
          <w:sz w:val="16"/>
          <w:lang w:val="pt-BR"/>
        </w:rPr>
        <w:t>• Comprovantes de coleta, recebimento, transporte ou destinação, quando aplicáveis.</w:t>
      </w:r>
    </w:p>
    <w:p w14:paraId="14838F39" w14:textId="77777777" w:rsidR="009674C1" w:rsidRPr="001A6E1B" w:rsidRDefault="007E05D5">
      <w:pPr>
        <w:spacing w:after="20" w:line="240" w:lineRule="auto"/>
        <w:ind w:left="198" w:hanging="113"/>
        <w:rPr>
          <w:lang w:val="pt-BR"/>
        </w:rPr>
      </w:pPr>
      <w:r w:rsidRPr="001A6E1B">
        <w:rPr>
          <w:sz w:val="16"/>
          <w:lang w:val="pt-BR"/>
        </w:rPr>
        <w:t>• Comparação entre o planejamento e a execução, com justificativa para alterações.</w:t>
      </w:r>
    </w:p>
    <w:p w14:paraId="161A3994" w14:textId="77777777" w:rsidR="009674C1" w:rsidRPr="001A6E1B" w:rsidRDefault="007E05D5">
      <w:pPr>
        <w:spacing w:after="20" w:line="240" w:lineRule="auto"/>
        <w:ind w:left="198" w:hanging="113"/>
        <w:rPr>
          <w:lang w:val="pt-BR"/>
        </w:rPr>
      </w:pPr>
      <w:r w:rsidRPr="001A6E1B">
        <w:rPr>
          <w:sz w:val="16"/>
          <w:lang w:val="pt-BR"/>
        </w:rPr>
        <w:t>• Conclusão e propostas de melhoria contínua.</w:t>
      </w:r>
    </w:p>
    <w:p w14:paraId="0F2AEC36" w14:textId="77777777" w:rsidR="001A6E1B" w:rsidRDefault="001A6E1B">
      <w:pPr>
        <w:keepNext/>
        <w:spacing w:before="100" w:after="40"/>
        <w:rPr>
          <w:b/>
          <w:sz w:val="18"/>
          <w:lang w:val="pt-BR"/>
        </w:rPr>
      </w:pPr>
    </w:p>
    <w:p w14:paraId="071F9B44" w14:textId="5BBF9DBF" w:rsidR="009674C1" w:rsidRPr="001A6E1B" w:rsidRDefault="006F447D">
      <w:pPr>
        <w:keepNext/>
        <w:spacing w:before="100" w:after="40"/>
        <w:rPr>
          <w:lang w:val="pt-BR"/>
        </w:rPr>
      </w:pPr>
      <w:r>
        <w:rPr>
          <w:b/>
          <w:sz w:val="18"/>
          <w:lang w:val="pt-BR"/>
        </w:rPr>
        <w:t>9</w:t>
      </w:r>
      <w:r w:rsidR="007E05D5" w:rsidRPr="001A6E1B">
        <w:rPr>
          <w:b/>
          <w:sz w:val="18"/>
          <w:lang w:val="pt-BR"/>
        </w:rPr>
        <w:t>. DECLARAÇÃO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22"/>
      </w:tblGrid>
      <w:tr w:rsidR="009674C1" w:rsidRPr="001A6E1B" w14:paraId="6A3D003A" w14:textId="77777777">
        <w:trPr>
          <w:jc w:val="center"/>
        </w:trPr>
        <w:tc>
          <w:tcPr>
            <w:tcW w:w="10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14:paraId="7C9DA210" w14:textId="77777777" w:rsidR="00417E66" w:rsidRDefault="007E05D5">
            <w:pPr>
              <w:spacing w:line="240" w:lineRule="auto"/>
              <w:rPr>
                <w:sz w:val="15"/>
                <w:lang w:val="pt-BR"/>
              </w:rPr>
            </w:pPr>
            <w:r w:rsidRPr="001A6E1B">
              <w:rPr>
                <w:sz w:val="15"/>
                <w:lang w:val="pt-BR"/>
              </w:rPr>
              <w:t>Declaro que as informações deste Memorial correspondem às medidas efetivamente planejadas para o evento</w:t>
            </w:r>
            <w:r w:rsidR="00417E66">
              <w:rPr>
                <w:sz w:val="15"/>
                <w:lang w:val="pt-BR"/>
              </w:rPr>
              <w:t>.</w:t>
            </w:r>
          </w:p>
          <w:p w14:paraId="4C72EA71" w14:textId="77777777" w:rsidR="00417E66" w:rsidRDefault="007E05D5">
            <w:pPr>
              <w:spacing w:line="240" w:lineRule="auto"/>
              <w:rPr>
                <w:sz w:val="15"/>
                <w:lang w:val="pt-BR"/>
              </w:rPr>
            </w:pPr>
            <w:r w:rsidRPr="001A6E1B">
              <w:rPr>
                <w:sz w:val="15"/>
                <w:lang w:val="pt-BR"/>
              </w:rPr>
              <w:br/>
              <w:t xml:space="preserve">Mogi das Cruzes, ______ de __________________ </w:t>
            </w:r>
            <w:proofErr w:type="spellStart"/>
            <w:r w:rsidRPr="001A6E1B">
              <w:rPr>
                <w:sz w:val="15"/>
                <w:lang w:val="pt-BR"/>
              </w:rPr>
              <w:t>de</w:t>
            </w:r>
            <w:proofErr w:type="spellEnd"/>
            <w:r w:rsidRPr="001A6E1B">
              <w:rPr>
                <w:sz w:val="15"/>
                <w:lang w:val="pt-BR"/>
              </w:rPr>
              <w:t xml:space="preserve"> ______.</w:t>
            </w:r>
            <w:r w:rsidRPr="001A6E1B">
              <w:rPr>
                <w:sz w:val="15"/>
                <w:lang w:val="pt-BR"/>
              </w:rPr>
              <w:br/>
            </w:r>
          </w:p>
          <w:p w14:paraId="550DEE98" w14:textId="77777777" w:rsidR="00417E66" w:rsidRDefault="007E05D5">
            <w:pPr>
              <w:spacing w:line="240" w:lineRule="auto"/>
              <w:rPr>
                <w:sz w:val="15"/>
                <w:lang w:val="pt-BR"/>
              </w:rPr>
            </w:pPr>
            <w:r w:rsidRPr="001A6E1B">
              <w:rPr>
                <w:sz w:val="15"/>
                <w:lang w:val="pt-BR"/>
              </w:rPr>
              <w:br/>
              <w:t>_________________________________________</w:t>
            </w:r>
            <w:r w:rsidRPr="001A6E1B">
              <w:rPr>
                <w:sz w:val="15"/>
                <w:lang w:val="pt-BR"/>
              </w:rPr>
              <w:br/>
              <w:t>Interessado / Responsável legal</w:t>
            </w:r>
            <w:r w:rsidRPr="001A6E1B">
              <w:rPr>
                <w:sz w:val="15"/>
                <w:lang w:val="pt-BR"/>
              </w:rPr>
              <w:br/>
            </w:r>
          </w:p>
          <w:p w14:paraId="62943187" w14:textId="6F98D41A" w:rsidR="009674C1" w:rsidRPr="001A6E1B" w:rsidRDefault="007E05D5">
            <w:pPr>
              <w:spacing w:line="240" w:lineRule="auto"/>
              <w:rPr>
                <w:lang w:val="pt-BR"/>
              </w:rPr>
            </w:pPr>
            <w:r w:rsidRPr="001A6E1B">
              <w:rPr>
                <w:sz w:val="15"/>
                <w:lang w:val="pt-BR"/>
              </w:rPr>
              <w:br/>
              <w:t>_________________________________________</w:t>
            </w:r>
            <w:r w:rsidRPr="001A6E1B">
              <w:rPr>
                <w:sz w:val="15"/>
                <w:lang w:val="pt-BR"/>
              </w:rPr>
              <w:br/>
              <w:t>Responsável pela elaboração do Memorial</w:t>
            </w:r>
          </w:p>
        </w:tc>
      </w:tr>
    </w:tbl>
    <w:p w14:paraId="413E9866" w14:textId="77777777" w:rsidR="009674C1" w:rsidRPr="001A6E1B" w:rsidRDefault="007E05D5">
      <w:pPr>
        <w:rPr>
          <w:lang w:val="pt-BR"/>
        </w:rPr>
      </w:pPr>
      <w:r w:rsidRPr="001A6E1B">
        <w:rPr>
          <w:lang w:val="pt-BR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22"/>
      </w:tblGrid>
      <w:tr w:rsidR="009674C1" w14:paraId="76D71722" w14:textId="77777777">
        <w:trPr>
          <w:jc w:val="center"/>
        </w:trPr>
        <w:tc>
          <w:tcPr>
            <w:tcW w:w="10822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969470A" w14:textId="77777777" w:rsidR="009674C1" w:rsidRDefault="007E05D5">
            <w:pPr>
              <w:jc w:val="center"/>
            </w:pPr>
            <w:r>
              <w:rPr>
                <w:b/>
                <w:sz w:val="21"/>
              </w:rPr>
              <w:lastRenderedPageBreak/>
              <w:t>ANEXO ORIENTATIVO</w:t>
            </w:r>
            <w:r>
              <w:br/>
            </w:r>
            <w:r>
              <w:rPr>
                <w:b/>
              </w:rPr>
              <w:t>Exemplos de evidências por eixo</w:t>
            </w:r>
            <w:r>
              <w:br/>
            </w:r>
            <w:r>
              <w:rPr>
                <w:i/>
                <w:sz w:val="14"/>
              </w:rPr>
              <w:t>Os exemplos não são exaustivos e deverão ser adequados à realidade do evento</w:t>
            </w:r>
          </w:p>
        </w:tc>
      </w:tr>
    </w:tbl>
    <w:p w14:paraId="349F5EA6" w14:textId="77777777" w:rsidR="009674C1" w:rsidRDefault="009674C1"/>
    <w:p w14:paraId="60FEE457" w14:textId="77777777" w:rsidR="009674C1" w:rsidRDefault="007E05D5">
      <w:pPr>
        <w:keepNext/>
        <w:spacing w:before="100" w:after="40"/>
      </w:pPr>
      <w:r>
        <w:rPr>
          <w:b/>
          <w:sz w:val="18"/>
        </w:rPr>
        <w:t>Gestão de resíduos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22"/>
      </w:tblGrid>
      <w:tr w:rsidR="009674C1" w14:paraId="6A714604" w14:textId="77777777">
        <w:trPr>
          <w:jc w:val="center"/>
        </w:trPr>
        <w:tc>
          <w:tcPr>
            <w:tcW w:w="10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AB5DF" w14:textId="77777777" w:rsidR="009674C1" w:rsidRDefault="007E05D5">
            <w:pPr>
              <w:spacing w:after="20" w:line="240" w:lineRule="auto"/>
            </w:pPr>
            <w:r>
              <w:rPr>
                <w:sz w:val="15"/>
              </w:rPr>
              <w:t>[ ] Croqui com pontos de geração, coletores e armazenamento temporário.</w:t>
            </w:r>
          </w:p>
          <w:p w14:paraId="3D7004CD" w14:textId="77777777" w:rsidR="009674C1" w:rsidRDefault="007E05D5">
            <w:pPr>
              <w:spacing w:after="20" w:line="240" w:lineRule="auto"/>
            </w:pPr>
            <w:r>
              <w:rPr>
                <w:sz w:val="15"/>
              </w:rPr>
              <w:t>[ ] Fotografias dos coletores identificados e da segregação durante o evento.</w:t>
            </w:r>
          </w:p>
          <w:p w14:paraId="0D750FAE" w14:textId="77777777" w:rsidR="009674C1" w:rsidRDefault="007E05D5">
            <w:pPr>
              <w:spacing w:after="20" w:line="240" w:lineRule="auto"/>
            </w:pPr>
            <w:r>
              <w:rPr>
                <w:sz w:val="15"/>
              </w:rPr>
              <w:t>[ ] Planilhas, tickets de balança, recibos, certificados ou declarações de recebimento.</w:t>
            </w:r>
          </w:p>
          <w:p w14:paraId="5EE74C91" w14:textId="77777777" w:rsidR="009674C1" w:rsidRDefault="007E05D5">
            <w:pPr>
              <w:spacing w:after="20" w:line="240" w:lineRule="auto"/>
            </w:pPr>
            <w:r>
              <w:rPr>
                <w:sz w:val="15"/>
              </w:rPr>
              <w:t>[ ] Contrato, ordem de serviço ou identificação do coletor, transportador ou destinador.</w:t>
            </w:r>
          </w:p>
        </w:tc>
      </w:tr>
    </w:tbl>
    <w:p w14:paraId="16980483" w14:textId="77777777" w:rsidR="009674C1" w:rsidRDefault="007E05D5">
      <w:pPr>
        <w:keepNext/>
        <w:spacing w:before="100" w:after="40"/>
      </w:pPr>
      <w:r>
        <w:rPr>
          <w:b/>
          <w:sz w:val="18"/>
        </w:rPr>
        <w:t>Educação ambiental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22"/>
      </w:tblGrid>
      <w:tr w:rsidR="009674C1" w14:paraId="3023D15C" w14:textId="77777777">
        <w:trPr>
          <w:jc w:val="center"/>
        </w:trPr>
        <w:tc>
          <w:tcPr>
            <w:tcW w:w="10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F1CF22" w14:textId="77777777" w:rsidR="009674C1" w:rsidRDefault="007E05D5">
            <w:pPr>
              <w:spacing w:after="20" w:line="240" w:lineRule="auto"/>
            </w:pPr>
            <w:r>
              <w:rPr>
                <w:sz w:val="15"/>
              </w:rPr>
              <w:t>[ ] Materiais de comunicação, artes, telas, cartazes, publicações e mensagens utilizadas.</w:t>
            </w:r>
          </w:p>
          <w:p w14:paraId="37A43860" w14:textId="77777777" w:rsidR="009674C1" w:rsidRDefault="007E05D5">
            <w:pPr>
              <w:spacing w:after="20" w:line="240" w:lineRule="auto"/>
            </w:pPr>
            <w:r>
              <w:rPr>
                <w:sz w:val="15"/>
              </w:rPr>
              <w:t>[ ] Registros de orientação da equipe, fornecedores, barracas e expositores.</w:t>
            </w:r>
          </w:p>
          <w:p w14:paraId="3213795E" w14:textId="77777777" w:rsidR="009674C1" w:rsidRDefault="007E05D5">
            <w:pPr>
              <w:spacing w:after="20" w:line="240" w:lineRule="auto"/>
            </w:pPr>
            <w:r>
              <w:rPr>
                <w:sz w:val="15"/>
              </w:rPr>
              <w:t>[ ] Fotografias ou listas de presença de ações educativas.</w:t>
            </w:r>
          </w:p>
        </w:tc>
      </w:tr>
    </w:tbl>
    <w:p w14:paraId="69237177" w14:textId="77777777" w:rsidR="009674C1" w:rsidRDefault="007E05D5">
      <w:pPr>
        <w:keepNext/>
        <w:spacing w:before="100" w:after="40"/>
      </w:pPr>
      <w:r>
        <w:rPr>
          <w:b/>
          <w:sz w:val="18"/>
        </w:rPr>
        <w:t>Arborização e conservação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22"/>
      </w:tblGrid>
      <w:tr w:rsidR="009674C1" w14:paraId="130E45BE" w14:textId="77777777">
        <w:trPr>
          <w:jc w:val="center"/>
        </w:trPr>
        <w:tc>
          <w:tcPr>
            <w:tcW w:w="10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C4C12B" w14:textId="77777777" w:rsidR="009674C1" w:rsidRDefault="007E05D5">
            <w:pPr>
              <w:spacing w:after="20" w:line="240" w:lineRule="auto"/>
            </w:pPr>
            <w:r>
              <w:rPr>
                <w:sz w:val="15"/>
              </w:rPr>
              <w:t>[ ] Comprovante de doação de mudas ou materiais.</w:t>
            </w:r>
          </w:p>
          <w:p w14:paraId="0A33476C" w14:textId="77777777" w:rsidR="009674C1" w:rsidRDefault="007E05D5">
            <w:pPr>
              <w:spacing w:after="20" w:line="240" w:lineRule="auto"/>
            </w:pPr>
            <w:r>
              <w:rPr>
                <w:sz w:val="15"/>
              </w:rPr>
              <w:t>[ ] Autorização e registro de plantio, quando aplicável.</w:t>
            </w:r>
          </w:p>
          <w:p w14:paraId="6C47A192" w14:textId="77777777" w:rsidR="009674C1" w:rsidRDefault="007E05D5">
            <w:pPr>
              <w:spacing w:after="20" w:line="240" w:lineRule="auto"/>
            </w:pPr>
            <w:r>
              <w:rPr>
                <w:sz w:val="15"/>
              </w:rPr>
              <w:t>[ ] Declaração de participação em programa ou ação ambiental municipal/comunitária.</w:t>
            </w:r>
          </w:p>
        </w:tc>
      </w:tr>
    </w:tbl>
    <w:p w14:paraId="25964C7D" w14:textId="77777777" w:rsidR="009674C1" w:rsidRDefault="007E05D5">
      <w:pPr>
        <w:keepNext/>
        <w:spacing w:before="100" w:after="40"/>
      </w:pPr>
      <w:r>
        <w:rPr>
          <w:b/>
          <w:sz w:val="18"/>
        </w:rPr>
        <w:t>Clima e mobilidade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822"/>
      </w:tblGrid>
      <w:tr w:rsidR="009674C1" w14:paraId="606345FF" w14:textId="77777777">
        <w:trPr>
          <w:jc w:val="center"/>
        </w:trPr>
        <w:tc>
          <w:tcPr>
            <w:tcW w:w="10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010F4F" w14:textId="77777777" w:rsidR="009674C1" w:rsidRDefault="007E05D5">
            <w:pPr>
              <w:spacing w:after="20" w:line="240" w:lineRule="auto"/>
            </w:pPr>
            <w:r>
              <w:rPr>
                <w:sz w:val="15"/>
              </w:rPr>
              <w:t>[ ] Material de divulgação de transporte coletivo, caronas, bicicleta ou rotas de acesso.</w:t>
            </w:r>
          </w:p>
          <w:p w14:paraId="4DB51082" w14:textId="77777777" w:rsidR="009674C1" w:rsidRDefault="007E05D5">
            <w:pPr>
              <w:spacing w:after="20" w:line="240" w:lineRule="auto"/>
            </w:pPr>
            <w:r>
              <w:rPr>
                <w:sz w:val="15"/>
              </w:rPr>
              <w:t>[ ] Registros de redução de materiais, energia, combustíveis ou deslocamentos.</w:t>
            </w:r>
          </w:p>
          <w:p w14:paraId="364717A8" w14:textId="77777777" w:rsidR="009674C1" w:rsidRDefault="007E05D5">
            <w:pPr>
              <w:spacing w:after="20" w:line="240" w:lineRule="auto"/>
            </w:pPr>
            <w:r>
              <w:rPr>
                <w:sz w:val="15"/>
              </w:rPr>
              <w:t>[ ] Inventário, cálculo ou certificado de compensação, somente quando tecnicamente aplicável.</w:t>
            </w:r>
          </w:p>
        </w:tc>
      </w:tr>
    </w:tbl>
    <w:p w14:paraId="65F2F849" w14:textId="77777777" w:rsidR="007E05D5" w:rsidRDefault="007E05D5"/>
    <w:sectPr w:rsidR="007E05D5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64" w:right="709" w:bottom="709" w:left="709" w:header="198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C4977" w14:textId="77777777" w:rsidR="00C027DE" w:rsidRDefault="00C027DE">
      <w:pPr>
        <w:spacing w:line="240" w:lineRule="auto"/>
      </w:pPr>
      <w:r>
        <w:separator/>
      </w:r>
    </w:p>
  </w:endnote>
  <w:endnote w:type="continuationSeparator" w:id="0">
    <w:p w14:paraId="064243E4" w14:textId="77777777" w:rsidR="00C027DE" w:rsidRDefault="00C027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16FBE" w14:textId="77777777" w:rsidR="00EE683C" w:rsidRDefault="00EE683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CC8E5" w14:textId="77777777" w:rsidR="009674C1" w:rsidRPr="001A6E1B" w:rsidRDefault="007E05D5">
    <w:pPr>
      <w:pStyle w:val="Rodap"/>
      <w:jc w:val="center"/>
      <w:rPr>
        <w:lang w:val="pt-BR"/>
      </w:rPr>
    </w:pPr>
    <w:r w:rsidRPr="001A6E1B">
      <w:rPr>
        <w:sz w:val="13"/>
        <w:lang w:val="pt-BR"/>
      </w:rPr>
      <w:t>Secretaria do Clima e Meio Ambiente - licenciamento.svma@mogidascruzes.sp.gov.br - (11) 4798-5961</w:t>
    </w:r>
  </w:p>
  <w:p w14:paraId="1623B177" w14:textId="5AED117B" w:rsidR="009674C1" w:rsidRDefault="007E05D5">
    <w:pPr>
      <w:jc w:val="right"/>
    </w:pPr>
    <w:r>
      <w:rPr>
        <w:sz w:val="13"/>
      </w:rPr>
      <w:t xml:space="preserve">Página </w:t>
    </w:r>
    <w:r>
      <w:fldChar w:fldCharType="begin"/>
    </w:r>
    <w:r>
      <w:instrText>PAGE</w:instrText>
    </w:r>
    <w:r>
      <w:fldChar w:fldCharType="separate"/>
    </w:r>
    <w:r w:rsidR="00E06674">
      <w:rPr>
        <w:noProof/>
      </w:rPr>
      <w:t>1</w:t>
    </w:r>
    <w:r>
      <w:fldChar w:fldCharType="end"/>
    </w:r>
    <w:r>
      <w:rPr>
        <w:sz w:val="13"/>
      </w:rPr>
      <w:t xml:space="preserve"> de </w:t>
    </w:r>
    <w:r>
      <w:fldChar w:fldCharType="begin"/>
    </w:r>
    <w:r>
      <w:instrText>NUMPAGES</w:instrText>
    </w:r>
    <w:r>
      <w:fldChar w:fldCharType="separate"/>
    </w:r>
    <w:r w:rsidR="00E0667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4BA01" w14:textId="77777777" w:rsidR="00EE683C" w:rsidRDefault="00EE683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C536B" w14:textId="77777777" w:rsidR="00C027DE" w:rsidRDefault="00C027DE">
      <w:pPr>
        <w:spacing w:line="240" w:lineRule="auto"/>
      </w:pPr>
      <w:r>
        <w:separator/>
      </w:r>
    </w:p>
  </w:footnote>
  <w:footnote w:type="continuationSeparator" w:id="0">
    <w:p w14:paraId="2F87BD1F" w14:textId="77777777" w:rsidR="00C027DE" w:rsidRDefault="00C027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D1853" w14:textId="77777777" w:rsidR="00EE683C" w:rsidRDefault="00EE683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5386"/>
      <w:gridCol w:w="4932"/>
    </w:tblGrid>
    <w:tr w:rsidR="009674C1" w14:paraId="5AC9CC63" w14:textId="77777777">
      <w:trPr>
        <w:jc w:val="center"/>
      </w:trPr>
      <w:tc>
        <w:tcPr>
          <w:tcW w:w="5386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0045A6B5" w14:textId="77777777" w:rsidR="009674C1" w:rsidRDefault="007E05D5">
          <w:r>
            <w:rPr>
              <w:noProof/>
            </w:rPr>
            <w:drawing>
              <wp:inline distT="0" distB="0" distL="0" distR="0" wp14:anchorId="3C55B302" wp14:editId="3EC12506">
                <wp:extent cx="2015999" cy="51327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gi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15999" cy="5132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32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003E462E" w14:textId="77777777" w:rsidR="00EE683C" w:rsidRPr="00EE683C" w:rsidRDefault="00EE683C">
          <w:pPr>
            <w:jc w:val="right"/>
            <w:rPr>
              <w:b/>
              <w:sz w:val="14"/>
              <w:lang w:val="pt-BR"/>
            </w:rPr>
          </w:pPr>
        </w:p>
        <w:p w14:paraId="0B190B0E" w14:textId="1840926E" w:rsidR="009674C1" w:rsidRDefault="007E05D5">
          <w:pPr>
            <w:jc w:val="right"/>
          </w:pPr>
          <w:r w:rsidRPr="00EE683C">
            <w:rPr>
              <w:b/>
              <w:sz w:val="14"/>
              <w:lang w:val="pt-BR"/>
            </w:rPr>
            <w:t>Secretaria do Clima e Meio Ambiente</w:t>
          </w:r>
          <w:r w:rsidRPr="00EE683C">
            <w:rPr>
              <w:b/>
              <w:sz w:val="14"/>
              <w:lang w:val="pt-BR"/>
            </w:rPr>
            <w:br/>
          </w:r>
          <w:r w:rsidRPr="00EE683C">
            <w:rPr>
              <w:sz w:val="14"/>
              <w:lang w:val="pt-BR"/>
            </w:rPr>
            <w:t>Rua Braz Cubas, 470, Centro</w:t>
          </w:r>
          <w:r w:rsidRPr="00EE683C">
            <w:rPr>
              <w:sz w:val="14"/>
              <w:lang w:val="pt-BR"/>
            </w:rPr>
            <w:br/>
            <w:t>CEP 08710-410, Mogi das Cruzes - SP</w:t>
          </w:r>
          <w:r w:rsidRPr="00EE683C">
            <w:rPr>
              <w:sz w:val="14"/>
              <w:lang w:val="pt-BR"/>
            </w:rPr>
            <w:br/>
          </w:r>
          <w:proofErr w:type="spellStart"/>
          <w:r w:rsidRPr="00EE683C">
            <w:rPr>
              <w:sz w:val="14"/>
              <w:lang w:val="pt-BR"/>
            </w:rPr>
            <w:t>Tel</w:t>
          </w:r>
          <w:proofErr w:type="spellEnd"/>
          <w:r w:rsidRPr="00EE683C">
            <w:rPr>
              <w:sz w:val="14"/>
              <w:lang w:val="pt-BR"/>
            </w:rPr>
            <w:t>: (11) 4798-5961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B0F92" w14:textId="77777777" w:rsidR="00EE683C" w:rsidRDefault="00EE68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16931895">
    <w:abstractNumId w:val="8"/>
  </w:num>
  <w:num w:numId="2" w16cid:durableId="1144929479">
    <w:abstractNumId w:val="6"/>
  </w:num>
  <w:num w:numId="3" w16cid:durableId="1937402064">
    <w:abstractNumId w:val="5"/>
  </w:num>
  <w:num w:numId="4" w16cid:durableId="599991001">
    <w:abstractNumId w:val="4"/>
  </w:num>
  <w:num w:numId="5" w16cid:durableId="1583370723">
    <w:abstractNumId w:val="7"/>
  </w:num>
  <w:num w:numId="6" w16cid:durableId="1764911570">
    <w:abstractNumId w:val="3"/>
  </w:num>
  <w:num w:numId="7" w16cid:durableId="318264532">
    <w:abstractNumId w:val="2"/>
  </w:num>
  <w:num w:numId="8" w16cid:durableId="1963681310">
    <w:abstractNumId w:val="1"/>
  </w:num>
  <w:num w:numId="9" w16cid:durableId="152140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2DEA"/>
    <w:rsid w:val="000D3850"/>
    <w:rsid w:val="001227D8"/>
    <w:rsid w:val="0015074B"/>
    <w:rsid w:val="00161615"/>
    <w:rsid w:val="001A6E1B"/>
    <w:rsid w:val="001E4AEE"/>
    <w:rsid w:val="002900D4"/>
    <w:rsid w:val="0029639D"/>
    <w:rsid w:val="002B2EFA"/>
    <w:rsid w:val="00326F90"/>
    <w:rsid w:val="003B5C26"/>
    <w:rsid w:val="00417E66"/>
    <w:rsid w:val="005F43D7"/>
    <w:rsid w:val="00637375"/>
    <w:rsid w:val="006C4201"/>
    <w:rsid w:val="006F447D"/>
    <w:rsid w:val="00717C01"/>
    <w:rsid w:val="007E05D5"/>
    <w:rsid w:val="00885E1E"/>
    <w:rsid w:val="00922B1D"/>
    <w:rsid w:val="009674C1"/>
    <w:rsid w:val="00A10D21"/>
    <w:rsid w:val="00AA1D8D"/>
    <w:rsid w:val="00AC37AE"/>
    <w:rsid w:val="00B47730"/>
    <w:rsid w:val="00B5718D"/>
    <w:rsid w:val="00B9021C"/>
    <w:rsid w:val="00BA44AD"/>
    <w:rsid w:val="00BD0168"/>
    <w:rsid w:val="00C027DE"/>
    <w:rsid w:val="00C85BE7"/>
    <w:rsid w:val="00CA23B5"/>
    <w:rsid w:val="00CB0664"/>
    <w:rsid w:val="00CB45BF"/>
    <w:rsid w:val="00D10681"/>
    <w:rsid w:val="00E06674"/>
    <w:rsid w:val="00E67C49"/>
    <w:rsid w:val="00E86634"/>
    <w:rsid w:val="00EE68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62061"/>
  <w14:defaultImageDpi w14:val="300"/>
  <w15:docId w15:val="{70AC65EE-3B68-4174-95B7-D34C43D47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/>
    </w:pPr>
    <w:rPr>
      <w:rFonts w:ascii="Arial" w:hAnsi="Arial"/>
      <w:sz w:val="17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1202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Felipe Harano</cp:lastModifiedBy>
  <cp:revision>31</cp:revision>
  <dcterms:created xsi:type="dcterms:W3CDTF">2013-12-23T23:15:00Z</dcterms:created>
  <dcterms:modified xsi:type="dcterms:W3CDTF">2026-07-27T17:26:00Z</dcterms:modified>
  <cp:category/>
</cp:coreProperties>
</file>